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0A877" w14:textId="77777777" w:rsidR="009C04A2" w:rsidRDefault="003E060F">
      <w:pPr>
        <w:pStyle w:val="Heading1"/>
      </w:pPr>
      <w:r>
        <w:t>Robotic Arm Design Challenge</w:t>
      </w:r>
    </w:p>
    <w:p w14:paraId="180A94C0" w14:textId="78A5512C" w:rsidR="002E374F" w:rsidRDefault="003E060F">
      <w:pPr>
        <w:rPr>
          <w:rFonts w:ascii="Roboto" w:eastAsia="Roboto" w:hAnsi="Roboto" w:cs="Roboto"/>
        </w:rPr>
      </w:pPr>
      <w:r>
        <w:rPr>
          <w:rFonts w:ascii="Roboto" w:eastAsia="Roboto" w:hAnsi="Roboto" w:cs="Roboto"/>
        </w:rPr>
        <w:t>In factories, laboratories, and even space stations, robotic arms perform tasks that are too dangerous, repetitive, or precise for humans. These mechanical arms can rotate, lift, and grip—just like a human arm—but they're powered by motors and controlled by code.</w:t>
      </w:r>
      <w:r>
        <w:rPr>
          <w:rFonts w:ascii="Roboto" w:eastAsia="Roboto" w:hAnsi="Roboto" w:cs="Roboto"/>
        </w:rPr>
        <w:br/>
      </w:r>
      <w:r>
        <w:rPr>
          <w:rFonts w:ascii="Roboto" w:eastAsia="Roboto" w:hAnsi="Roboto" w:cs="Roboto"/>
        </w:rPr>
        <w:br/>
        <w:t>In this challenge, you will act as an engineer and prototype your own robotic arm. Your arm will be made from cardboard and powered by servo motors from the Hummingbird Kit. The arm must include at least three joints and be able to perform this task automatically using a programmed motion sequence to move an object from Point A to Point B..</w:t>
      </w:r>
      <w:r>
        <w:rPr>
          <w:rFonts w:ascii="Roboto" w:eastAsia="Roboto" w:hAnsi="Roboto" w:cs="Roboto"/>
        </w:rPr>
        <w:br/>
      </w:r>
      <w:r>
        <w:rPr>
          <w:rFonts w:ascii="Roboto" w:eastAsia="Roboto" w:hAnsi="Roboto" w:cs="Roboto"/>
        </w:rPr>
        <w:br/>
      </w:r>
    </w:p>
    <w:p w14:paraId="05ABB546" w14:textId="1B99584A" w:rsidR="009C04A2" w:rsidRDefault="002E374F">
      <w:pPr>
        <w:rPr>
          <w:rFonts w:ascii="Roboto" w:eastAsia="Roboto" w:hAnsi="Roboto" w:cs="Roboto"/>
        </w:rPr>
      </w:pPr>
      <w:r w:rsidRPr="002E374F">
        <w:rPr>
          <w:rFonts w:ascii="Roboto" w:eastAsia="Roboto" w:hAnsi="Roboto" w:cs="Roboto"/>
          <w:lang w:val="en-US"/>
        </w:rPr>
        <w:t>Design, build, and program a cardboard robotic arm that can automatically move an object from Point A to Point B.</w:t>
      </w:r>
      <w:r w:rsidRPr="002E374F">
        <w:rPr>
          <w:rFonts w:ascii="Roboto" w:eastAsia="Roboto" w:hAnsi="Roboto" w:cs="Roboto"/>
          <w:lang w:val="en-US"/>
        </w:rPr>
        <w:br/>
      </w:r>
      <w:r w:rsidRPr="002E374F">
        <w:rPr>
          <w:rFonts w:ascii="Roboto" w:eastAsia="Roboto" w:hAnsi="Roboto" w:cs="Roboto"/>
          <w:lang w:val="en-US"/>
        </w:rPr>
        <w:br/>
        <w:t>Your robotic arm must:</w:t>
      </w:r>
      <w:r w:rsidRPr="002E374F">
        <w:rPr>
          <w:rFonts w:ascii="Roboto" w:eastAsia="Roboto" w:hAnsi="Roboto" w:cs="Roboto"/>
          <w:lang w:val="en-US"/>
        </w:rPr>
        <w:br/>
        <w:t>• include at least three moving joints or motions</w:t>
      </w:r>
      <w:r w:rsidRPr="002E374F">
        <w:rPr>
          <w:rFonts w:ascii="Roboto" w:eastAsia="Roboto" w:hAnsi="Roboto" w:cs="Roboto"/>
          <w:lang w:val="en-US"/>
        </w:rPr>
        <w:br/>
        <w:t>• rotate, lift, and grip</w:t>
      </w:r>
      <w:r w:rsidRPr="002E374F">
        <w:rPr>
          <w:rFonts w:ascii="Roboto" w:eastAsia="Roboto" w:hAnsi="Roboto" w:cs="Roboto"/>
          <w:lang w:val="en-US"/>
        </w:rPr>
        <w:br/>
        <w:t>• use a programmed motion sequence</w:t>
      </w:r>
      <w:r w:rsidRPr="002E374F">
        <w:rPr>
          <w:rFonts w:ascii="Roboto" w:eastAsia="Roboto" w:hAnsi="Roboto" w:cs="Roboto"/>
          <w:lang w:val="en-US"/>
        </w:rPr>
        <w:br/>
        <w:t>• pick up, move, and release an object</w:t>
      </w:r>
      <w:r w:rsidRPr="002E374F">
        <w:rPr>
          <w:rFonts w:ascii="Roboto" w:eastAsia="Roboto" w:hAnsi="Roboto" w:cs="Roboto"/>
          <w:lang w:val="en-US"/>
        </w:rPr>
        <w:br/>
        <w:t>• complete the task without being manually repositioned during the sequence</w:t>
      </w:r>
      <w:r w:rsidRPr="002E374F">
        <w:rPr>
          <w:rFonts w:ascii="Roboto" w:eastAsia="Roboto" w:hAnsi="Roboto" w:cs="Roboto"/>
          <w:lang w:val="en-US"/>
        </w:rPr>
        <w:br/>
        <w:t>• be stable enough to repeat the task</w:t>
      </w:r>
      <w:r w:rsidRPr="002E374F">
        <w:rPr>
          <w:rFonts w:ascii="Roboto" w:eastAsia="Roboto" w:hAnsi="Roboto" w:cs="Roboto"/>
          <w:lang w:val="en-US"/>
        </w:rPr>
        <w:br/>
      </w:r>
      <w:r w:rsidRPr="002E374F">
        <w:rPr>
          <w:rFonts w:ascii="Roboto" w:eastAsia="Roboto" w:hAnsi="Roboto" w:cs="Roboto"/>
          <w:lang w:val="en-US"/>
        </w:rPr>
        <w:br/>
        <w:t>The goal is not simply to make the arm move. The goal is to create a coordinated system in which the structure, joints, servos, gripper, and code work together reliably.</w:t>
      </w:r>
    </w:p>
    <w:p w14:paraId="27560251" w14:textId="002E9BAC" w:rsidR="009C04A2" w:rsidRDefault="00EB30A5">
      <w:pPr>
        <w:spacing w:after="0"/>
        <w:rPr>
          <w:rFonts w:ascii="Roboto" w:eastAsia="Roboto" w:hAnsi="Roboto" w:cs="Roboto"/>
          <w:b/>
          <w:sz w:val="24"/>
          <w:szCs w:val="24"/>
        </w:rPr>
      </w:pPr>
      <w:r>
        <w:rPr>
          <w:noProof/>
        </w:rPr>
        <w:drawing>
          <wp:anchor distT="0" distB="0" distL="114300" distR="114300" simplePos="0" relativeHeight="251658240" behindDoc="0" locked="0" layoutInCell="1" hidden="0" allowOverlap="1" wp14:anchorId="7618241B" wp14:editId="4E04C205">
            <wp:simplePos x="0" y="0"/>
            <wp:positionH relativeFrom="margin">
              <wp:posOffset>819150</wp:posOffset>
            </wp:positionH>
            <wp:positionV relativeFrom="paragraph">
              <wp:posOffset>9525</wp:posOffset>
            </wp:positionV>
            <wp:extent cx="3676650" cy="3061335"/>
            <wp:effectExtent l="0" t="0" r="0" b="5715"/>
            <wp:wrapNone/>
            <wp:docPr id="2108318375" name="image10.png" descr="A diagram of a design cyc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0.png" descr="A diagram of a design cycle&#10;&#10;AI-generated content may be incorrect."/>
                    <pic:cNvPicPr preferRelativeResize="0"/>
                  </pic:nvPicPr>
                  <pic:blipFill>
                    <a:blip r:embed="rId6"/>
                    <a:srcRect/>
                    <a:stretch>
                      <a:fillRect/>
                    </a:stretch>
                  </pic:blipFill>
                  <pic:spPr>
                    <a:xfrm>
                      <a:off x="0" y="0"/>
                      <a:ext cx="3676650" cy="3061335"/>
                    </a:xfrm>
                    <a:prstGeom prst="rect">
                      <a:avLst/>
                    </a:prstGeom>
                    <a:ln/>
                  </pic:spPr>
                </pic:pic>
              </a:graphicData>
            </a:graphic>
            <wp14:sizeRelH relativeFrom="margin">
              <wp14:pctWidth>0</wp14:pctWidth>
            </wp14:sizeRelH>
            <wp14:sizeRelV relativeFrom="margin">
              <wp14:pctHeight>0</wp14:pctHeight>
            </wp14:sizeRelV>
          </wp:anchor>
        </w:drawing>
      </w:r>
    </w:p>
    <w:p w14:paraId="29A3A6A2" w14:textId="40E4CE05" w:rsidR="009C04A2" w:rsidRDefault="009C04A2">
      <w:pPr>
        <w:spacing w:after="0"/>
        <w:rPr>
          <w:rFonts w:ascii="Roboto" w:eastAsia="Roboto" w:hAnsi="Roboto" w:cs="Roboto"/>
          <w:b/>
          <w:sz w:val="24"/>
          <w:szCs w:val="24"/>
        </w:rPr>
      </w:pPr>
    </w:p>
    <w:p w14:paraId="063C5A17" w14:textId="56AE84EF" w:rsidR="009C04A2" w:rsidRDefault="009C04A2">
      <w:pPr>
        <w:spacing w:after="0"/>
        <w:rPr>
          <w:rFonts w:ascii="Roboto" w:eastAsia="Roboto" w:hAnsi="Roboto" w:cs="Roboto"/>
          <w:b/>
          <w:sz w:val="24"/>
          <w:szCs w:val="24"/>
        </w:rPr>
      </w:pPr>
    </w:p>
    <w:p w14:paraId="5458D189" w14:textId="77777777" w:rsidR="009C04A2" w:rsidRDefault="009C04A2">
      <w:pPr>
        <w:spacing w:after="0"/>
        <w:rPr>
          <w:rFonts w:ascii="Roboto" w:eastAsia="Roboto" w:hAnsi="Roboto" w:cs="Roboto"/>
          <w:b/>
          <w:sz w:val="24"/>
          <w:szCs w:val="24"/>
        </w:rPr>
      </w:pPr>
    </w:p>
    <w:p w14:paraId="6E6B62E9" w14:textId="77777777" w:rsidR="009C04A2" w:rsidRDefault="009C04A2">
      <w:pPr>
        <w:spacing w:after="0"/>
        <w:rPr>
          <w:rFonts w:ascii="Roboto" w:eastAsia="Roboto" w:hAnsi="Roboto" w:cs="Roboto"/>
          <w:b/>
          <w:sz w:val="24"/>
          <w:szCs w:val="24"/>
        </w:rPr>
      </w:pPr>
    </w:p>
    <w:p w14:paraId="28BE854C" w14:textId="77777777" w:rsidR="009C04A2" w:rsidRDefault="009C04A2">
      <w:pPr>
        <w:spacing w:after="0"/>
        <w:rPr>
          <w:rFonts w:ascii="Roboto" w:eastAsia="Roboto" w:hAnsi="Roboto" w:cs="Roboto"/>
          <w:b/>
          <w:sz w:val="24"/>
          <w:szCs w:val="24"/>
        </w:rPr>
      </w:pPr>
    </w:p>
    <w:p w14:paraId="300C89CE" w14:textId="77777777" w:rsidR="009C04A2" w:rsidRDefault="009C04A2">
      <w:pPr>
        <w:spacing w:after="0"/>
        <w:rPr>
          <w:rFonts w:ascii="Roboto" w:eastAsia="Roboto" w:hAnsi="Roboto" w:cs="Roboto"/>
          <w:b/>
          <w:sz w:val="24"/>
          <w:szCs w:val="24"/>
        </w:rPr>
      </w:pPr>
    </w:p>
    <w:p w14:paraId="6C0F6B77" w14:textId="77777777" w:rsidR="009C04A2" w:rsidRDefault="009C04A2">
      <w:pPr>
        <w:spacing w:after="0"/>
        <w:rPr>
          <w:rFonts w:ascii="Roboto" w:eastAsia="Roboto" w:hAnsi="Roboto" w:cs="Roboto"/>
          <w:b/>
          <w:sz w:val="24"/>
          <w:szCs w:val="24"/>
        </w:rPr>
      </w:pPr>
    </w:p>
    <w:p w14:paraId="269AA6F3" w14:textId="77777777" w:rsidR="009C04A2" w:rsidRDefault="009C04A2">
      <w:pPr>
        <w:spacing w:after="0"/>
        <w:rPr>
          <w:rFonts w:ascii="Roboto" w:eastAsia="Roboto" w:hAnsi="Roboto" w:cs="Roboto"/>
          <w:b/>
          <w:sz w:val="24"/>
          <w:szCs w:val="24"/>
        </w:rPr>
      </w:pPr>
    </w:p>
    <w:p w14:paraId="16036F5A" w14:textId="77777777" w:rsidR="009C04A2" w:rsidRDefault="009C04A2">
      <w:pPr>
        <w:spacing w:after="0"/>
        <w:rPr>
          <w:rFonts w:ascii="Roboto" w:eastAsia="Roboto" w:hAnsi="Roboto" w:cs="Roboto"/>
          <w:b/>
          <w:sz w:val="24"/>
          <w:szCs w:val="24"/>
        </w:rPr>
      </w:pPr>
    </w:p>
    <w:p w14:paraId="1CD39694" w14:textId="77777777" w:rsidR="009C04A2" w:rsidRDefault="009C04A2">
      <w:pPr>
        <w:spacing w:after="0"/>
        <w:rPr>
          <w:rFonts w:ascii="Roboto" w:eastAsia="Roboto" w:hAnsi="Roboto" w:cs="Roboto"/>
          <w:b/>
          <w:sz w:val="24"/>
          <w:szCs w:val="24"/>
        </w:rPr>
      </w:pPr>
    </w:p>
    <w:p w14:paraId="7C447F28" w14:textId="77777777" w:rsidR="009C04A2" w:rsidRDefault="009C04A2">
      <w:pPr>
        <w:spacing w:after="0"/>
        <w:rPr>
          <w:rFonts w:ascii="Roboto" w:eastAsia="Roboto" w:hAnsi="Roboto" w:cs="Roboto"/>
          <w:b/>
          <w:sz w:val="24"/>
          <w:szCs w:val="24"/>
        </w:rPr>
      </w:pPr>
    </w:p>
    <w:p w14:paraId="540A979C" w14:textId="2E01A76C" w:rsidR="009C04A2" w:rsidRDefault="003E060F">
      <w:pPr>
        <w:spacing w:after="0"/>
        <w:rPr>
          <w:rFonts w:ascii="Roboto" w:eastAsia="Roboto" w:hAnsi="Roboto" w:cs="Roboto"/>
          <w:sz w:val="24"/>
          <w:szCs w:val="24"/>
        </w:rPr>
      </w:pPr>
      <w:r>
        <w:rPr>
          <w:noProof/>
        </w:rPr>
        <w:lastRenderedPageBreak/>
        <w:drawing>
          <wp:anchor distT="114300" distB="114300" distL="114300" distR="114300" simplePos="0" relativeHeight="251659264" behindDoc="0" locked="0" layoutInCell="1" hidden="0" allowOverlap="1" wp14:anchorId="5B7E53A7" wp14:editId="352167B9">
            <wp:simplePos x="0" y="0"/>
            <wp:positionH relativeFrom="column">
              <wp:posOffset>114300</wp:posOffset>
            </wp:positionH>
            <wp:positionV relativeFrom="paragraph">
              <wp:posOffset>114300</wp:posOffset>
            </wp:positionV>
            <wp:extent cx="1367278" cy="1042988"/>
            <wp:effectExtent l="0" t="0" r="0" b="0"/>
            <wp:wrapSquare wrapText="bothSides" distT="114300" distB="114300" distL="114300" distR="114300"/>
            <wp:docPr id="210831836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
                    <a:srcRect/>
                    <a:stretch>
                      <a:fillRect/>
                    </a:stretch>
                  </pic:blipFill>
                  <pic:spPr>
                    <a:xfrm>
                      <a:off x="0" y="0"/>
                      <a:ext cx="1367278" cy="1042988"/>
                    </a:xfrm>
                    <a:prstGeom prst="rect">
                      <a:avLst/>
                    </a:prstGeom>
                    <a:ln/>
                  </pic:spPr>
                </pic:pic>
              </a:graphicData>
            </a:graphic>
          </wp:anchor>
        </w:drawing>
      </w:r>
      <w:r>
        <w:rPr>
          <w:rFonts w:ascii="Roboto" w:eastAsia="Roboto" w:hAnsi="Roboto" w:cs="Roboto"/>
          <w:b/>
          <w:sz w:val="24"/>
          <w:szCs w:val="24"/>
        </w:rPr>
        <w:t>Specifications</w:t>
      </w:r>
      <w:r w:rsidR="002E374F">
        <w:rPr>
          <w:rFonts w:ascii="Roboto" w:eastAsia="Roboto" w:hAnsi="Roboto" w:cs="Roboto"/>
          <w:sz w:val="24"/>
          <w:szCs w:val="24"/>
        </w:rPr>
        <w:t>: (</w:t>
      </w:r>
      <w:r>
        <w:rPr>
          <w:rFonts w:ascii="Roboto" w:eastAsia="Roboto" w:hAnsi="Roboto" w:cs="Roboto"/>
          <w:sz w:val="24"/>
          <w:szCs w:val="24"/>
        </w:rPr>
        <w:t>what does the design need to do)</w:t>
      </w:r>
    </w:p>
    <w:p w14:paraId="1434C286" w14:textId="75071AE3" w:rsidR="009C04A2" w:rsidRDefault="002E374F">
      <w:pPr>
        <w:spacing w:after="0"/>
        <w:rPr>
          <w:rFonts w:ascii="Roboto" w:eastAsia="Roboto" w:hAnsi="Roboto" w:cs="Roboto"/>
          <w:sz w:val="24"/>
          <w:szCs w:val="24"/>
          <w:lang w:val="en-US"/>
        </w:rPr>
      </w:pPr>
      <w:r w:rsidRPr="002E374F">
        <w:rPr>
          <w:rFonts w:ascii="Roboto" w:eastAsia="Roboto" w:hAnsi="Roboto" w:cs="Roboto"/>
          <w:sz w:val="24"/>
          <w:szCs w:val="24"/>
          <w:lang w:val="en-US"/>
        </w:rPr>
        <w:t>Before designing, identify the requirements your robotic arm must meet.</w:t>
      </w:r>
      <w:r w:rsidRPr="002E374F">
        <w:rPr>
          <w:rFonts w:ascii="Roboto" w:eastAsia="Roboto" w:hAnsi="Roboto" w:cs="Roboto"/>
          <w:sz w:val="24"/>
          <w:szCs w:val="24"/>
          <w:lang w:val="en-US"/>
        </w:rPr>
        <w:br/>
      </w:r>
      <w:r w:rsidRPr="002E374F">
        <w:rPr>
          <w:rFonts w:ascii="Roboto" w:eastAsia="Roboto" w:hAnsi="Roboto" w:cs="Roboto"/>
          <w:sz w:val="24"/>
          <w:szCs w:val="24"/>
          <w:lang w:val="en-US"/>
        </w:rPr>
        <w:br/>
        <w:t>Example specification: The arm must pick up an object at Point A and release it at Point B during one programmed sequence.</w:t>
      </w:r>
      <w:r w:rsidRPr="002E374F">
        <w:rPr>
          <w:rFonts w:ascii="Roboto" w:eastAsia="Roboto" w:hAnsi="Roboto" w:cs="Roboto"/>
          <w:sz w:val="24"/>
          <w:szCs w:val="24"/>
          <w:lang w:val="en-US"/>
        </w:rPr>
        <w:br/>
      </w:r>
      <w:r w:rsidRPr="002E374F">
        <w:rPr>
          <w:rFonts w:ascii="Roboto" w:eastAsia="Roboto" w:hAnsi="Roboto" w:cs="Roboto"/>
          <w:sz w:val="24"/>
          <w:szCs w:val="24"/>
          <w:lang w:val="en-US"/>
        </w:rPr>
        <w:br/>
        <w:t>Evidence: Create a short list of the required specifications.</w:t>
      </w:r>
    </w:p>
    <w:p w14:paraId="76C005D4" w14:textId="31426E23" w:rsidR="00F840DA" w:rsidRDefault="00F840DA">
      <w:pPr>
        <w:spacing w:after="0"/>
        <w:rPr>
          <w:rFonts w:ascii="Roboto" w:eastAsia="Roboto" w:hAnsi="Roboto" w:cs="Roboto"/>
          <w:sz w:val="24"/>
          <w:szCs w:val="24"/>
          <w:lang w:val="en-US"/>
        </w:rPr>
      </w:pPr>
      <w:r>
        <w:rPr>
          <w:rFonts w:ascii="Roboto" w:eastAsia="Roboto" w:hAnsi="Roboto" w:cs="Roboto"/>
          <w:noProof/>
        </w:rPr>
        <mc:AlternateContent>
          <mc:Choice Requires="wps">
            <w:drawing>
              <wp:anchor distT="0" distB="0" distL="114300" distR="114300" simplePos="0" relativeHeight="251674624" behindDoc="0" locked="0" layoutInCell="1" allowOverlap="1" wp14:anchorId="5B988DAD" wp14:editId="665EE066">
                <wp:simplePos x="0" y="0"/>
                <wp:positionH relativeFrom="margin">
                  <wp:posOffset>0</wp:posOffset>
                </wp:positionH>
                <wp:positionV relativeFrom="paragraph">
                  <wp:posOffset>209550</wp:posOffset>
                </wp:positionV>
                <wp:extent cx="5972175" cy="2209800"/>
                <wp:effectExtent l="0" t="0" r="28575" b="19050"/>
                <wp:wrapTopAndBottom/>
                <wp:docPr id="2141562588" name="Rectangle: Rounded Corners 4"/>
                <wp:cNvGraphicFramePr/>
                <a:graphic xmlns:a="http://schemas.openxmlformats.org/drawingml/2006/main">
                  <a:graphicData uri="http://schemas.microsoft.com/office/word/2010/wordprocessingShape">
                    <wps:wsp>
                      <wps:cNvSpPr/>
                      <wps:spPr>
                        <a:xfrm>
                          <a:off x="0" y="0"/>
                          <a:ext cx="5972175" cy="2209800"/>
                        </a:xfrm>
                        <a:prstGeom prst="roundRect">
                          <a:avLst>
                            <a:gd name="adj" fmla="val 1841"/>
                          </a:avLst>
                        </a:prstGeom>
                        <a:solidFill>
                          <a:schemeClr val="bg1">
                            <a:lumMod val="95000"/>
                          </a:schemeClr>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66632E0" id="Rectangle: Rounded Corners 4" o:spid="_x0000_s1026" style="position:absolute;margin-left:0;margin-top:16.5pt;width:470.25pt;height:174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2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" fillcolor="#f2f2f2 [3052]" strokecolor="#0a121c [484]" strokeweight=".5pt">
                <w10:wrap type="topAndBottom" anchorx="margin"/>
              </v:roundrect>
            </w:pict>
          </mc:Fallback>
        </mc:AlternateContent>
      </w:r>
    </w:p>
    <w:p w14:paraId="30B323A1" w14:textId="77777777" w:rsidR="002E374F" w:rsidRDefault="002E374F">
      <w:pPr>
        <w:spacing w:after="0"/>
        <w:rPr>
          <w:rFonts w:ascii="Roboto" w:eastAsia="Roboto" w:hAnsi="Roboto" w:cs="Roboto"/>
          <w:sz w:val="24"/>
          <w:szCs w:val="24"/>
        </w:rPr>
      </w:pPr>
    </w:p>
    <w:p w14:paraId="4717576F" w14:textId="45E89992" w:rsidR="009C04A2" w:rsidRDefault="003E060F">
      <w:pPr>
        <w:spacing w:after="0"/>
        <w:rPr>
          <w:rFonts w:ascii="Roboto" w:eastAsia="Roboto" w:hAnsi="Roboto" w:cs="Roboto"/>
          <w:sz w:val="24"/>
          <w:szCs w:val="24"/>
        </w:rPr>
      </w:pPr>
      <w:r>
        <w:rPr>
          <w:rFonts w:ascii="Roboto" w:eastAsia="Roboto" w:hAnsi="Roboto" w:cs="Roboto"/>
          <w:b/>
          <w:sz w:val="24"/>
          <w:szCs w:val="24"/>
        </w:rPr>
        <w:t>Constraints</w:t>
      </w:r>
      <w:r>
        <w:rPr>
          <w:rFonts w:ascii="Roboto" w:eastAsia="Roboto" w:hAnsi="Roboto" w:cs="Roboto"/>
          <w:sz w:val="24"/>
          <w:szCs w:val="24"/>
        </w:rPr>
        <w:t>: (things that limit your solution)</w:t>
      </w:r>
    </w:p>
    <w:p w14:paraId="3CEC1046" w14:textId="67350D98" w:rsidR="002E374F" w:rsidRDefault="002E374F">
      <w:pPr>
        <w:spacing w:after="0" w:line="240" w:lineRule="auto"/>
        <w:rPr>
          <w:rFonts w:ascii="Aptos" w:eastAsia="Aptos" w:hAnsi="Aptos" w:cs="Aptos"/>
          <w:sz w:val="24"/>
          <w:szCs w:val="24"/>
        </w:rPr>
      </w:pPr>
    </w:p>
    <w:p w14:paraId="7DB5A4A6" w14:textId="42BA8257" w:rsidR="002E374F" w:rsidRDefault="00F840DA">
      <w:pPr>
        <w:spacing w:after="0" w:line="240" w:lineRule="auto"/>
        <w:rPr>
          <w:rFonts w:ascii="Aptos" w:eastAsia="Aptos" w:hAnsi="Aptos" w:cs="Aptos"/>
          <w:sz w:val="24"/>
          <w:szCs w:val="24"/>
          <w:lang w:val="en-US"/>
        </w:rPr>
      </w:pPr>
      <w:r>
        <w:rPr>
          <w:rFonts w:ascii="Roboto" w:eastAsia="Roboto" w:hAnsi="Roboto" w:cs="Roboto"/>
          <w:noProof/>
        </w:rPr>
        <mc:AlternateContent>
          <mc:Choice Requires="wps">
            <w:drawing>
              <wp:anchor distT="0" distB="0" distL="114300" distR="114300" simplePos="0" relativeHeight="251676672" behindDoc="0" locked="0" layoutInCell="1" allowOverlap="1" wp14:anchorId="52021B12" wp14:editId="08271129">
                <wp:simplePos x="0" y="0"/>
                <wp:positionH relativeFrom="margin">
                  <wp:align>left</wp:align>
                </wp:positionH>
                <wp:positionV relativeFrom="paragraph">
                  <wp:posOffset>1059180</wp:posOffset>
                </wp:positionV>
                <wp:extent cx="5972175" cy="2209800"/>
                <wp:effectExtent l="0" t="0" r="28575" b="19050"/>
                <wp:wrapTopAndBottom/>
                <wp:docPr id="707654996" name="Rectangle: Rounded Corners 4"/>
                <wp:cNvGraphicFramePr/>
                <a:graphic xmlns:a="http://schemas.openxmlformats.org/drawingml/2006/main">
                  <a:graphicData uri="http://schemas.microsoft.com/office/word/2010/wordprocessingShape">
                    <wps:wsp>
                      <wps:cNvSpPr/>
                      <wps:spPr>
                        <a:xfrm>
                          <a:off x="0" y="0"/>
                          <a:ext cx="5972175" cy="2209800"/>
                        </a:xfrm>
                        <a:prstGeom prst="roundRect">
                          <a:avLst>
                            <a:gd name="adj" fmla="val 1841"/>
                          </a:avLst>
                        </a:prstGeom>
                        <a:solidFill>
                          <a:schemeClr val="bg1">
                            <a:lumMod val="95000"/>
                          </a:schemeClr>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407CC76" id="Rectangle: Rounded Corners 4" o:spid="_x0000_s1026" style="position:absolute;margin-left:0;margin-top:83.4pt;width:470.25pt;height:174pt;z-index:25167667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2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" fillcolor="#f2f2f2 [3052]" strokecolor="#0a121c [484]" strokeweight=".5pt">
                <w10:wrap type="topAndBottom" anchorx="margin"/>
              </v:roundrect>
            </w:pict>
          </mc:Fallback>
        </mc:AlternateContent>
      </w:r>
      <w:r w:rsidR="002E374F" w:rsidRPr="002E374F">
        <w:rPr>
          <w:rFonts w:ascii="Aptos" w:eastAsia="Aptos" w:hAnsi="Aptos" w:cs="Aptos"/>
          <w:sz w:val="24"/>
          <w:szCs w:val="24"/>
          <w:lang w:val="en-US"/>
        </w:rPr>
        <w:t>Identify the limits your team must work within, including available materials, number and type of servos, object size and weight, workspace, class time, and teacher requirements.</w:t>
      </w:r>
      <w:r w:rsidR="002E374F" w:rsidRPr="002E374F">
        <w:rPr>
          <w:rFonts w:ascii="Aptos" w:eastAsia="Aptos" w:hAnsi="Aptos" w:cs="Aptos"/>
          <w:sz w:val="24"/>
          <w:szCs w:val="24"/>
          <w:lang w:val="en-US"/>
        </w:rPr>
        <w:br/>
      </w:r>
      <w:r w:rsidR="002E374F" w:rsidRPr="002E374F">
        <w:rPr>
          <w:rFonts w:ascii="Aptos" w:eastAsia="Aptos" w:hAnsi="Aptos" w:cs="Aptos"/>
          <w:sz w:val="24"/>
          <w:szCs w:val="24"/>
          <w:lang w:val="en-US"/>
        </w:rPr>
        <w:br/>
        <w:t>Evidence: Create a short list of the project constraints</w:t>
      </w:r>
    </w:p>
    <w:p w14:paraId="4CE47F3A" w14:textId="2A39FF51" w:rsidR="009C04A2" w:rsidRDefault="00F840DA">
      <w:pPr>
        <w:pStyle w:val="Heading1"/>
        <w:jc w:val="left"/>
        <w:rPr>
          <w:sz w:val="26"/>
          <w:szCs w:val="26"/>
        </w:rPr>
      </w:pPr>
      <w:r>
        <w:rPr>
          <w:sz w:val="26"/>
          <w:szCs w:val="26"/>
        </w:rPr>
        <w:lastRenderedPageBreak/>
        <w:t>M</w:t>
      </w:r>
      <w:r w:rsidR="003E060F">
        <w:rPr>
          <w:sz w:val="26"/>
          <w:szCs w:val="26"/>
        </w:rPr>
        <w:t>aterials</w:t>
      </w:r>
    </w:p>
    <w:p w14:paraId="74F1BFF7" w14:textId="6A4AD0C4" w:rsidR="009C04A2" w:rsidRDefault="003E060F">
      <w:pPr>
        <w:numPr>
          <w:ilvl w:val="0"/>
          <w:numId w:val="7"/>
        </w:numPr>
        <w:pBdr>
          <w:top w:val="nil"/>
          <w:left w:val="nil"/>
          <w:bottom w:val="nil"/>
          <w:right w:val="nil"/>
          <w:between w:val="nil"/>
        </w:pBdr>
        <w:spacing w:after="0"/>
        <w:ind w:left="360"/>
        <w:rPr>
          <w:rFonts w:ascii="Roboto" w:eastAsia="Roboto" w:hAnsi="Roboto" w:cs="Roboto"/>
        </w:rPr>
      </w:pPr>
      <w:r>
        <w:rPr>
          <w:rFonts w:ascii="Roboto" w:eastAsia="Roboto" w:hAnsi="Roboto" w:cs="Roboto"/>
          <w:color w:val="000000"/>
        </w:rPr>
        <w:t xml:space="preserve">Corrugated cardboard </w:t>
      </w:r>
      <w:r w:rsidR="002E374F">
        <w:rPr>
          <w:rFonts w:ascii="Roboto" w:eastAsia="Roboto" w:hAnsi="Roboto" w:cs="Roboto"/>
          <w:color w:val="000000"/>
        </w:rPr>
        <w:t>sheets.</w:t>
      </w:r>
    </w:p>
    <w:p w14:paraId="795E5625" w14:textId="77777777" w:rsidR="009C04A2" w:rsidRDefault="003E060F">
      <w:pPr>
        <w:numPr>
          <w:ilvl w:val="0"/>
          <w:numId w:val="7"/>
        </w:numPr>
        <w:pBdr>
          <w:top w:val="nil"/>
          <w:left w:val="nil"/>
          <w:bottom w:val="nil"/>
          <w:right w:val="nil"/>
          <w:between w:val="nil"/>
        </w:pBdr>
        <w:spacing w:after="0"/>
        <w:ind w:left="360"/>
        <w:rPr>
          <w:rFonts w:ascii="Roboto" w:eastAsia="Roboto" w:hAnsi="Roboto" w:cs="Roboto"/>
        </w:rPr>
      </w:pPr>
      <w:r>
        <w:rPr>
          <w:rFonts w:ascii="Roboto" w:eastAsia="Roboto" w:hAnsi="Roboto" w:cs="Roboto"/>
          <w:color w:val="000000"/>
        </w:rPr>
        <w:t>Brass fasteners</w:t>
      </w:r>
    </w:p>
    <w:p w14:paraId="331BCD8B" w14:textId="77777777" w:rsidR="009C04A2" w:rsidRDefault="003E060F">
      <w:pPr>
        <w:numPr>
          <w:ilvl w:val="0"/>
          <w:numId w:val="7"/>
        </w:numPr>
        <w:pBdr>
          <w:top w:val="nil"/>
          <w:left w:val="nil"/>
          <w:bottom w:val="nil"/>
          <w:right w:val="nil"/>
          <w:between w:val="nil"/>
        </w:pBdr>
        <w:spacing w:after="0"/>
        <w:ind w:left="360"/>
        <w:rPr>
          <w:rFonts w:ascii="Roboto" w:eastAsia="Roboto" w:hAnsi="Roboto" w:cs="Roboto"/>
        </w:rPr>
      </w:pPr>
      <w:r>
        <w:rPr>
          <w:rFonts w:ascii="Roboto" w:eastAsia="Roboto" w:hAnsi="Roboto" w:cs="Roboto"/>
          <w:color w:val="000000"/>
        </w:rPr>
        <w:t>Tape (masking or painter's)</w:t>
      </w:r>
    </w:p>
    <w:p w14:paraId="4CA909F6" w14:textId="77777777" w:rsidR="009C04A2" w:rsidRDefault="003E060F">
      <w:pPr>
        <w:numPr>
          <w:ilvl w:val="0"/>
          <w:numId w:val="7"/>
        </w:numPr>
        <w:pBdr>
          <w:top w:val="nil"/>
          <w:left w:val="nil"/>
          <w:bottom w:val="nil"/>
          <w:right w:val="nil"/>
          <w:between w:val="nil"/>
        </w:pBdr>
        <w:spacing w:after="0"/>
        <w:ind w:left="360"/>
        <w:rPr>
          <w:rFonts w:ascii="Roboto" w:eastAsia="Roboto" w:hAnsi="Roboto" w:cs="Roboto"/>
        </w:rPr>
      </w:pPr>
      <w:r>
        <w:rPr>
          <w:rFonts w:ascii="Roboto" w:eastAsia="Roboto" w:hAnsi="Roboto" w:cs="Roboto"/>
          <w:color w:val="000000"/>
        </w:rPr>
        <w:t>Low-temp hot glue gun &amp; glue sticks</w:t>
      </w:r>
    </w:p>
    <w:p w14:paraId="0BF0129D" w14:textId="77777777" w:rsidR="009C04A2" w:rsidRDefault="003E060F">
      <w:pPr>
        <w:numPr>
          <w:ilvl w:val="0"/>
          <w:numId w:val="7"/>
        </w:numPr>
        <w:pBdr>
          <w:top w:val="nil"/>
          <w:left w:val="nil"/>
          <w:bottom w:val="nil"/>
          <w:right w:val="nil"/>
          <w:between w:val="nil"/>
        </w:pBdr>
        <w:spacing w:after="0"/>
        <w:ind w:left="360"/>
        <w:rPr>
          <w:rFonts w:ascii="Roboto" w:eastAsia="Roboto" w:hAnsi="Roboto" w:cs="Roboto"/>
        </w:rPr>
      </w:pPr>
      <w:r>
        <w:rPr>
          <w:rFonts w:ascii="Roboto" w:eastAsia="Roboto" w:hAnsi="Roboto" w:cs="Roboto"/>
          <w:color w:val="000000"/>
        </w:rPr>
        <w:t>Scissors or box cutters</w:t>
      </w:r>
    </w:p>
    <w:p w14:paraId="1406C843" w14:textId="77777777" w:rsidR="009C04A2" w:rsidRDefault="003E060F">
      <w:pPr>
        <w:numPr>
          <w:ilvl w:val="0"/>
          <w:numId w:val="7"/>
        </w:numPr>
        <w:pBdr>
          <w:top w:val="nil"/>
          <w:left w:val="nil"/>
          <w:bottom w:val="nil"/>
          <w:right w:val="nil"/>
          <w:between w:val="nil"/>
        </w:pBdr>
        <w:spacing w:after="0"/>
        <w:ind w:left="360"/>
        <w:rPr>
          <w:rFonts w:ascii="Roboto" w:eastAsia="Roboto" w:hAnsi="Roboto" w:cs="Roboto"/>
        </w:rPr>
      </w:pPr>
      <w:r>
        <w:rPr>
          <w:rFonts w:ascii="Roboto" w:eastAsia="Roboto" w:hAnsi="Roboto" w:cs="Roboto"/>
          <w:color w:val="000000"/>
        </w:rPr>
        <w:t>Hummingbird Kit (servos, wires, optional sensors)</w:t>
      </w:r>
    </w:p>
    <w:p w14:paraId="633D60CB" w14:textId="77777777" w:rsidR="009C04A2" w:rsidRDefault="003E060F">
      <w:pPr>
        <w:numPr>
          <w:ilvl w:val="0"/>
          <w:numId w:val="7"/>
        </w:numPr>
        <w:pBdr>
          <w:top w:val="nil"/>
          <w:left w:val="nil"/>
          <w:bottom w:val="nil"/>
          <w:right w:val="nil"/>
          <w:between w:val="nil"/>
        </w:pBdr>
        <w:spacing w:after="0"/>
        <w:ind w:left="360"/>
        <w:rPr>
          <w:rFonts w:ascii="Roboto" w:eastAsia="Roboto" w:hAnsi="Roboto" w:cs="Roboto"/>
        </w:rPr>
      </w:pPr>
      <w:r>
        <w:rPr>
          <w:rFonts w:ascii="Roboto" w:eastAsia="Roboto" w:hAnsi="Roboto" w:cs="Roboto"/>
          <w:color w:val="000000"/>
        </w:rPr>
        <w:t>Computer with access to Birdbrain Snap Programming</w:t>
      </w:r>
    </w:p>
    <w:p w14:paraId="44B73D43" w14:textId="77777777" w:rsidR="009C04A2" w:rsidRDefault="003E060F">
      <w:pPr>
        <w:numPr>
          <w:ilvl w:val="0"/>
          <w:numId w:val="7"/>
        </w:numPr>
        <w:pBdr>
          <w:top w:val="nil"/>
          <w:left w:val="nil"/>
          <w:bottom w:val="nil"/>
          <w:right w:val="nil"/>
          <w:between w:val="nil"/>
        </w:pBdr>
        <w:spacing w:after="0"/>
        <w:ind w:left="360"/>
        <w:rPr>
          <w:rFonts w:ascii="Roboto" w:eastAsia="Roboto" w:hAnsi="Roboto" w:cs="Roboto"/>
        </w:rPr>
      </w:pPr>
      <w:r>
        <w:rPr>
          <w:rFonts w:ascii="Roboto" w:eastAsia="Roboto" w:hAnsi="Roboto" w:cs="Roboto"/>
          <w:color w:val="000000"/>
        </w:rPr>
        <w:t>Ruler and pencil</w:t>
      </w:r>
    </w:p>
    <w:p w14:paraId="44B6144C" w14:textId="77777777" w:rsidR="009C04A2" w:rsidRPr="002573A8" w:rsidRDefault="003E060F">
      <w:pPr>
        <w:numPr>
          <w:ilvl w:val="0"/>
          <w:numId w:val="7"/>
        </w:numPr>
        <w:pBdr>
          <w:top w:val="nil"/>
          <w:left w:val="nil"/>
          <w:bottom w:val="nil"/>
          <w:right w:val="nil"/>
          <w:between w:val="nil"/>
        </w:pBdr>
        <w:spacing w:after="0"/>
        <w:ind w:left="360"/>
        <w:rPr>
          <w:rFonts w:ascii="Roboto" w:eastAsia="Roboto" w:hAnsi="Roboto" w:cs="Roboto"/>
        </w:rPr>
      </w:pPr>
      <w:r>
        <w:rPr>
          <w:rFonts w:ascii="Roboto" w:eastAsia="Roboto" w:hAnsi="Roboto" w:cs="Roboto"/>
          <w:color w:val="000000"/>
        </w:rPr>
        <w:t>Storage bags or folders for parts</w:t>
      </w:r>
    </w:p>
    <w:p w14:paraId="53143615" w14:textId="558CDBC8" w:rsidR="002E374F" w:rsidRPr="002573A8" w:rsidRDefault="002E374F" w:rsidP="002E374F">
      <w:pPr>
        <w:numPr>
          <w:ilvl w:val="0"/>
          <w:numId w:val="7"/>
        </w:numPr>
        <w:pBdr>
          <w:top w:val="nil"/>
          <w:left w:val="nil"/>
          <w:bottom w:val="nil"/>
          <w:right w:val="nil"/>
          <w:between w:val="nil"/>
        </w:pBdr>
        <w:spacing w:after="0"/>
        <w:ind w:left="360"/>
        <w:rPr>
          <w:rFonts w:ascii="Roboto" w:eastAsia="Roboto" w:hAnsi="Roboto" w:cs="Roboto"/>
        </w:rPr>
      </w:pPr>
      <w:r>
        <w:rPr>
          <w:rFonts w:ascii="Roboto" w:eastAsia="Roboto" w:hAnsi="Roboto" w:cs="Roboto"/>
          <w:color w:val="000000"/>
        </w:rPr>
        <w:t>Other teacher approved materials</w:t>
      </w:r>
    </w:p>
    <w:p w14:paraId="608B9D8D" w14:textId="019ADBFB" w:rsidR="002E374F" w:rsidRPr="002573A8" w:rsidRDefault="002E374F" w:rsidP="00EB30A5">
      <w:pPr>
        <w:pBdr>
          <w:top w:val="nil"/>
          <w:left w:val="nil"/>
          <w:bottom w:val="nil"/>
          <w:right w:val="nil"/>
          <w:between w:val="nil"/>
        </w:pBdr>
        <w:spacing w:after="0"/>
        <w:rPr>
          <w:rFonts w:ascii="Roboto" w:eastAsia="Roboto" w:hAnsi="Roboto" w:cs="Roboto"/>
        </w:rPr>
      </w:pPr>
    </w:p>
    <w:p w14:paraId="562D4594"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21D31B87"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3AD3DEF0" w14:textId="0CE256B5" w:rsidR="009C04A2" w:rsidRDefault="002E374F" w:rsidP="002573A8">
      <w:pPr>
        <w:pBdr>
          <w:top w:val="nil"/>
          <w:left w:val="nil"/>
          <w:bottom w:val="nil"/>
          <w:right w:val="nil"/>
          <w:between w:val="nil"/>
        </w:pBdr>
        <w:spacing w:after="0"/>
        <w:ind w:left="360" w:hanging="360"/>
        <w:rPr>
          <w:rFonts w:ascii="Roboto" w:eastAsia="Roboto" w:hAnsi="Roboto" w:cs="Roboto"/>
        </w:rPr>
      </w:pPr>
      <w:r w:rsidRPr="002E374F">
        <w:rPr>
          <w:rFonts w:ascii="Roboto" w:eastAsia="Roboto" w:hAnsi="Roboto" w:cs="Roboto"/>
          <w:lang w:val="en-US"/>
        </w:rPr>
        <w:t>You do not need to use every available material. Choose materials that support a stable</w:t>
      </w:r>
      <w:r>
        <w:rPr>
          <w:rFonts w:ascii="Roboto" w:eastAsia="Roboto" w:hAnsi="Roboto" w:cs="Roboto"/>
          <w:lang w:val="en-US"/>
        </w:rPr>
        <w:t xml:space="preserve"> </w:t>
      </w:r>
      <w:r w:rsidRPr="002E374F">
        <w:rPr>
          <w:rFonts w:ascii="Roboto" w:eastAsia="Roboto" w:hAnsi="Roboto" w:cs="Roboto"/>
          <w:lang w:val="en-US"/>
        </w:rPr>
        <w:t>structure, secure servo mounts, and smooth joint movement.</w:t>
      </w:r>
    </w:p>
    <w:p w14:paraId="6D1C6F4E"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76E70688"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17F291B6"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4FCCA1CC"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5D523E40" w14:textId="77777777" w:rsidR="00F840DA" w:rsidRDefault="00F840DA">
      <w:pPr>
        <w:pBdr>
          <w:top w:val="nil"/>
          <w:left w:val="nil"/>
          <w:bottom w:val="nil"/>
          <w:right w:val="nil"/>
          <w:between w:val="nil"/>
        </w:pBdr>
        <w:spacing w:after="0"/>
        <w:ind w:left="4140" w:hanging="360"/>
        <w:rPr>
          <w:rFonts w:ascii="Roboto" w:eastAsia="Roboto" w:hAnsi="Roboto" w:cs="Roboto"/>
        </w:rPr>
      </w:pPr>
    </w:p>
    <w:p w14:paraId="0A806F0D" w14:textId="77777777" w:rsidR="00F840DA" w:rsidRDefault="00F840DA">
      <w:pPr>
        <w:pBdr>
          <w:top w:val="nil"/>
          <w:left w:val="nil"/>
          <w:bottom w:val="nil"/>
          <w:right w:val="nil"/>
          <w:between w:val="nil"/>
        </w:pBdr>
        <w:spacing w:after="0"/>
        <w:ind w:left="4140" w:hanging="360"/>
        <w:rPr>
          <w:rFonts w:ascii="Roboto" w:eastAsia="Roboto" w:hAnsi="Roboto" w:cs="Roboto"/>
        </w:rPr>
      </w:pPr>
    </w:p>
    <w:p w14:paraId="7E9B4246" w14:textId="77777777" w:rsidR="00F840DA" w:rsidRDefault="00F840DA">
      <w:pPr>
        <w:pBdr>
          <w:top w:val="nil"/>
          <w:left w:val="nil"/>
          <w:bottom w:val="nil"/>
          <w:right w:val="nil"/>
          <w:between w:val="nil"/>
        </w:pBdr>
        <w:spacing w:after="0"/>
        <w:ind w:left="4140" w:hanging="360"/>
        <w:rPr>
          <w:rFonts w:ascii="Roboto" w:eastAsia="Roboto" w:hAnsi="Roboto" w:cs="Roboto"/>
        </w:rPr>
      </w:pPr>
    </w:p>
    <w:p w14:paraId="326F6F89" w14:textId="77777777" w:rsidR="00F840DA" w:rsidRDefault="00F840DA">
      <w:pPr>
        <w:pBdr>
          <w:top w:val="nil"/>
          <w:left w:val="nil"/>
          <w:bottom w:val="nil"/>
          <w:right w:val="nil"/>
          <w:between w:val="nil"/>
        </w:pBdr>
        <w:spacing w:after="0"/>
        <w:ind w:left="4140" w:hanging="360"/>
        <w:rPr>
          <w:rFonts w:ascii="Roboto" w:eastAsia="Roboto" w:hAnsi="Roboto" w:cs="Roboto"/>
        </w:rPr>
      </w:pPr>
    </w:p>
    <w:p w14:paraId="1680DFDC" w14:textId="77777777" w:rsidR="00F840DA" w:rsidRDefault="00F840DA">
      <w:pPr>
        <w:pBdr>
          <w:top w:val="nil"/>
          <w:left w:val="nil"/>
          <w:bottom w:val="nil"/>
          <w:right w:val="nil"/>
          <w:between w:val="nil"/>
        </w:pBdr>
        <w:spacing w:after="0"/>
        <w:ind w:left="4140" w:hanging="360"/>
        <w:rPr>
          <w:rFonts w:ascii="Roboto" w:eastAsia="Roboto" w:hAnsi="Roboto" w:cs="Roboto"/>
        </w:rPr>
      </w:pPr>
    </w:p>
    <w:p w14:paraId="759EF16D" w14:textId="77777777" w:rsidR="00F840DA" w:rsidRDefault="00F840DA">
      <w:pPr>
        <w:pBdr>
          <w:top w:val="nil"/>
          <w:left w:val="nil"/>
          <w:bottom w:val="nil"/>
          <w:right w:val="nil"/>
          <w:between w:val="nil"/>
        </w:pBdr>
        <w:spacing w:after="0"/>
        <w:ind w:left="4140" w:hanging="360"/>
        <w:rPr>
          <w:rFonts w:ascii="Roboto" w:eastAsia="Roboto" w:hAnsi="Roboto" w:cs="Roboto"/>
        </w:rPr>
      </w:pPr>
    </w:p>
    <w:p w14:paraId="501E24BC" w14:textId="77777777" w:rsidR="00F840DA" w:rsidRDefault="00F840DA">
      <w:pPr>
        <w:pBdr>
          <w:top w:val="nil"/>
          <w:left w:val="nil"/>
          <w:bottom w:val="nil"/>
          <w:right w:val="nil"/>
          <w:between w:val="nil"/>
        </w:pBdr>
        <w:spacing w:after="0"/>
        <w:ind w:left="4140" w:hanging="360"/>
        <w:rPr>
          <w:rFonts w:ascii="Roboto" w:eastAsia="Roboto" w:hAnsi="Roboto" w:cs="Roboto"/>
        </w:rPr>
      </w:pPr>
    </w:p>
    <w:p w14:paraId="1790DA8F" w14:textId="77777777" w:rsidR="00F840DA" w:rsidRDefault="00F840DA">
      <w:pPr>
        <w:pBdr>
          <w:top w:val="nil"/>
          <w:left w:val="nil"/>
          <w:bottom w:val="nil"/>
          <w:right w:val="nil"/>
          <w:between w:val="nil"/>
        </w:pBdr>
        <w:spacing w:after="0"/>
        <w:ind w:left="4140" w:hanging="360"/>
        <w:rPr>
          <w:rFonts w:ascii="Roboto" w:eastAsia="Roboto" w:hAnsi="Roboto" w:cs="Roboto"/>
        </w:rPr>
      </w:pPr>
    </w:p>
    <w:p w14:paraId="1E8694BD" w14:textId="77777777" w:rsidR="00F840DA" w:rsidRDefault="00F840DA">
      <w:pPr>
        <w:pBdr>
          <w:top w:val="nil"/>
          <w:left w:val="nil"/>
          <w:bottom w:val="nil"/>
          <w:right w:val="nil"/>
          <w:between w:val="nil"/>
        </w:pBdr>
        <w:spacing w:after="0"/>
        <w:ind w:left="4140" w:hanging="360"/>
        <w:rPr>
          <w:rFonts w:ascii="Roboto" w:eastAsia="Roboto" w:hAnsi="Roboto" w:cs="Roboto"/>
        </w:rPr>
      </w:pPr>
    </w:p>
    <w:p w14:paraId="50DC5A97" w14:textId="77777777" w:rsidR="00F840DA" w:rsidRDefault="00F840DA">
      <w:pPr>
        <w:pBdr>
          <w:top w:val="nil"/>
          <w:left w:val="nil"/>
          <w:bottom w:val="nil"/>
          <w:right w:val="nil"/>
          <w:between w:val="nil"/>
        </w:pBdr>
        <w:spacing w:after="0"/>
        <w:ind w:left="4140" w:hanging="360"/>
        <w:rPr>
          <w:rFonts w:ascii="Roboto" w:eastAsia="Roboto" w:hAnsi="Roboto" w:cs="Roboto"/>
        </w:rPr>
      </w:pPr>
    </w:p>
    <w:p w14:paraId="0DE32B99" w14:textId="77777777" w:rsidR="00F840DA" w:rsidRDefault="00F840DA">
      <w:pPr>
        <w:pBdr>
          <w:top w:val="nil"/>
          <w:left w:val="nil"/>
          <w:bottom w:val="nil"/>
          <w:right w:val="nil"/>
          <w:between w:val="nil"/>
        </w:pBdr>
        <w:spacing w:after="0"/>
        <w:ind w:left="4140" w:hanging="360"/>
        <w:rPr>
          <w:rFonts w:ascii="Roboto" w:eastAsia="Roboto" w:hAnsi="Roboto" w:cs="Roboto"/>
        </w:rPr>
      </w:pPr>
    </w:p>
    <w:p w14:paraId="7286E230" w14:textId="77777777" w:rsidR="00F840DA" w:rsidRDefault="00F840DA">
      <w:pPr>
        <w:pBdr>
          <w:top w:val="nil"/>
          <w:left w:val="nil"/>
          <w:bottom w:val="nil"/>
          <w:right w:val="nil"/>
          <w:between w:val="nil"/>
        </w:pBdr>
        <w:spacing w:after="0"/>
        <w:ind w:left="4140" w:hanging="360"/>
        <w:rPr>
          <w:rFonts w:ascii="Roboto" w:eastAsia="Roboto" w:hAnsi="Roboto" w:cs="Roboto"/>
        </w:rPr>
      </w:pPr>
    </w:p>
    <w:p w14:paraId="1079D935" w14:textId="77777777" w:rsidR="00F840DA" w:rsidRDefault="00F840DA">
      <w:pPr>
        <w:pBdr>
          <w:top w:val="nil"/>
          <w:left w:val="nil"/>
          <w:bottom w:val="nil"/>
          <w:right w:val="nil"/>
          <w:between w:val="nil"/>
        </w:pBdr>
        <w:spacing w:after="0"/>
        <w:ind w:left="4140" w:hanging="360"/>
        <w:rPr>
          <w:rFonts w:ascii="Roboto" w:eastAsia="Roboto" w:hAnsi="Roboto" w:cs="Roboto"/>
        </w:rPr>
      </w:pPr>
    </w:p>
    <w:p w14:paraId="4D7C3122" w14:textId="77777777" w:rsidR="00F840DA" w:rsidRDefault="00F840DA">
      <w:pPr>
        <w:pBdr>
          <w:top w:val="nil"/>
          <w:left w:val="nil"/>
          <w:bottom w:val="nil"/>
          <w:right w:val="nil"/>
          <w:between w:val="nil"/>
        </w:pBdr>
        <w:spacing w:after="0"/>
        <w:ind w:left="4140" w:hanging="360"/>
        <w:rPr>
          <w:rFonts w:ascii="Roboto" w:eastAsia="Roboto" w:hAnsi="Roboto" w:cs="Roboto"/>
        </w:rPr>
      </w:pPr>
    </w:p>
    <w:p w14:paraId="2EC1BD28" w14:textId="77777777" w:rsidR="00F840DA" w:rsidRDefault="00F840DA">
      <w:pPr>
        <w:pBdr>
          <w:top w:val="nil"/>
          <w:left w:val="nil"/>
          <w:bottom w:val="nil"/>
          <w:right w:val="nil"/>
          <w:between w:val="nil"/>
        </w:pBdr>
        <w:spacing w:after="0"/>
        <w:ind w:left="4140" w:hanging="360"/>
        <w:rPr>
          <w:rFonts w:ascii="Roboto" w:eastAsia="Roboto" w:hAnsi="Roboto" w:cs="Roboto"/>
        </w:rPr>
      </w:pPr>
    </w:p>
    <w:p w14:paraId="7DC6D566" w14:textId="77777777" w:rsidR="00F840DA" w:rsidRDefault="00F840DA">
      <w:pPr>
        <w:pBdr>
          <w:top w:val="nil"/>
          <w:left w:val="nil"/>
          <w:bottom w:val="nil"/>
          <w:right w:val="nil"/>
          <w:between w:val="nil"/>
        </w:pBdr>
        <w:spacing w:after="0"/>
        <w:ind w:left="4140" w:hanging="360"/>
        <w:rPr>
          <w:rFonts w:ascii="Roboto" w:eastAsia="Roboto" w:hAnsi="Roboto" w:cs="Roboto"/>
        </w:rPr>
      </w:pPr>
    </w:p>
    <w:p w14:paraId="7867EF2A" w14:textId="77777777" w:rsidR="009C04A2" w:rsidRDefault="003E060F">
      <w:pPr>
        <w:pStyle w:val="Heading1"/>
        <w:rPr>
          <w:rFonts w:ascii="Play" w:eastAsia="Play" w:hAnsi="Play" w:cs="Play"/>
          <w:sz w:val="46"/>
          <w:szCs w:val="46"/>
        </w:rPr>
      </w:pPr>
      <w:bookmarkStart w:id="0" w:name="_heading=h.mhils273bnap" w:colFirst="0" w:colLast="0"/>
      <w:bookmarkEnd w:id="0"/>
      <w:r>
        <w:lastRenderedPageBreak/>
        <w:t xml:space="preserve">Robotic Arm Project Rubric </w:t>
      </w:r>
    </w:p>
    <w:sdt>
      <w:sdtPr>
        <w:tag w:val="goog_rdk_0"/>
        <w:id w:val="1964143452"/>
        <w:lock w:val="contentLocked"/>
      </w:sdtPr>
      <w:sdtContent>
        <w:tbl>
          <w:tblPr>
            <w:tblStyle w:val="a0"/>
            <w:tblW w:w="86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12"/>
            <w:gridCol w:w="2621"/>
            <w:gridCol w:w="2350"/>
            <w:gridCol w:w="1957"/>
          </w:tblGrid>
          <w:tr w:rsidR="009C04A2" w14:paraId="293F1369" w14:textId="77777777">
            <w:trPr>
              <w:trHeight w:val="500"/>
            </w:trPr>
            <w:tc>
              <w:tcPr>
                <w:tcW w:w="1712" w:type="dxa"/>
                <w:tcBorders>
                  <w:top w:val="single" w:sz="6" w:space="0" w:color="000000"/>
                  <w:left w:val="single" w:sz="6" w:space="0" w:color="000000"/>
                  <w:bottom w:val="single" w:sz="6" w:space="0" w:color="000000"/>
                  <w:right w:val="single" w:sz="6" w:space="0" w:color="000000"/>
                </w:tcBorders>
                <w:shd w:val="clear" w:color="auto" w:fill="FFFF00"/>
                <w:tcMar>
                  <w:top w:w="100" w:type="dxa"/>
                  <w:left w:w="100" w:type="dxa"/>
                  <w:bottom w:w="100" w:type="dxa"/>
                  <w:right w:w="100" w:type="dxa"/>
                </w:tcMar>
                <w:vAlign w:val="bottom"/>
              </w:tcPr>
              <w:p w14:paraId="464F1937" w14:textId="77777777" w:rsidR="009C04A2" w:rsidRDefault="003E060F">
                <w:pPr>
                  <w:spacing w:after="240"/>
                  <w:jc w:val="center"/>
                  <w:rPr>
                    <w:rFonts w:ascii="Roboto" w:eastAsia="Roboto" w:hAnsi="Roboto" w:cs="Roboto"/>
                  </w:rPr>
                </w:pPr>
                <w:r>
                  <w:rPr>
                    <w:rFonts w:ascii="Roboto" w:eastAsia="Roboto" w:hAnsi="Roboto" w:cs="Roboto"/>
                    <w:b/>
                  </w:rPr>
                  <w:t>Category</w:t>
                </w:r>
              </w:p>
            </w:tc>
            <w:tc>
              <w:tcPr>
                <w:tcW w:w="2620" w:type="dxa"/>
                <w:tcBorders>
                  <w:top w:val="single" w:sz="6" w:space="0" w:color="000000"/>
                  <w:left w:val="single" w:sz="6" w:space="0" w:color="000000"/>
                  <w:bottom w:val="single" w:sz="6" w:space="0" w:color="000000"/>
                  <w:right w:val="single" w:sz="6" w:space="0" w:color="000000"/>
                </w:tcBorders>
                <w:shd w:val="clear" w:color="auto" w:fill="FFFF00"/>
                <w:tcMar>
                  <w:top w:w="100" w:type="dxa"/>
                  <w:left w:w="100" w:type="dxa"/>
                  <w:bottom w:w="100" w:type="dxa"/>
                  <w:right w:w="100" w:type="dxa"/>
                </w:tcMar>
                <w:vAlign w:val="center"/>
              </w:tcPr>
              <w:p w14:paraId="63872FAA" w14:textId="77777777" w:rsidR="009C04A2" w:rsidRDefault="003E060F">
                <w:pPr>
                  <w:spacing w:after="240"/>
                  <w:jc w:val="center"/>
                  <w:rPr>
                    <w:rFonts w:ascii="Roboto" w:eastAsia="Roboto" w:hAnsi="Roboto" w:cs="Roboto"/>
                  </w:rPr>
                </w:pPr>
                <w:r>
                  <w:rPr>
                    <w:rFonts w:ascii="Roboto" w:eastAsia="Roboto" w:hAnsi="Roboto" w:cs="Roboto"/>
                    <w:b/>
                  </w:rPr>
                  <w:t>1 – Beginning</w:t>
                </w:r>
              </w:p>
            </w:tc>
            <w:tc>
              <w:tcPr>
                <w:tcW w:w="2349" w:type="dxa"/>
                <w:tcBorders>
                  <w:top w:val="single" w:sz="6" w:space="0" w:color="000000"/>
                  <w:left w:val="single" w:sz="6" w:space="0" w:color="000000"/>
                  <w:bottom w:val="single" w:sz="6" w:space="0" w:color="000000"/>
                  <w:right w:val="single" w:sz="6" w:space="0" w:color="000000"/>
                </w:tcBorders>
                <w:shd w:val="clear" w:color="auto" w:fill="FFFF00"/>
                <w:tcMar>
                  <w:top w:w="100" w:type="dxa"/>
                  <w:left w:w="100" w:type="dxa"/>
                  <w:bottom w:w="100" w:type="dxa"/>
                  <w:right w:w="100" w:type="dxa"/>
                </w:tcMar>
                <w:vAlign w:val="center"/>
              </w:tcPr>
              <w:p w14:paraId="543C810C" w14:textId="77777777" w:rsidR="009C04A2" w:rsidRDefault="003E060F">
                <w:pPr>
                  <w:spacing w:after="240"/>
                  <w:jc w:val="center"/>
                  <w:rPr>
                    <w:rFonts w:ascii="Roboto" w:eastAsia="Roboto" w:hAnsi="Roboto" w:cs="Roboto"/>
                  </w:rPr>
                </w:pPr>
                <w:r>
                  <w:rPr>
                    <w:rFonts w:ascii="Roboto" w:eastAsia="Roboto" w:hAnsi="Roboto" w:cs="Roboto"/>
                    <w:b/>
                  </w:rPr>
                  <w:t>2 – Developing</w:t>
                </w:r>
              </w:p>
            </w:tc>
            <w:tc>
              <w:tcPr>
                <w:tcW w:w="1956" w:type="dxa"/>
                <w:tcBorders>
                  <w:top w:val="single" w:sz="6" w:space="0" w:color="000000"/>
                  <w:left w:val="single" w:sz="6" w:space="0" w:color="000000"/>
                  <w:bottom w:val="single" w:sz="6" w:space="0" w:color="000000"/>
                  <w:right w:val="single" w:sz="6" w:space="0" w:color="000000"/>
                </w:tcBorders>
                <w:shd w:val="clear" w:color="auto" w:fill="FFFF00"/>
                <w:tcMar>
                  <w:top w:w="100" w:type="dxa"/>
                  <w:left w:w="100" w:type="dxa"/>
                  <w:bottom w:w="100" w:type="dxa"/>
                  <w:right w:w="100" w:type="dxa"/>
                </w:tcMar>
                <w:vAlign w:val="center"/>
              </w:tcPr>
              <w:p w14:paraId="302F7F9A" w14:textId="77777777" w:rsidR="009C04A2" w:rsidRDefault="003E060F">
                <w:pPr>
                  <w:spacing w:after="240"/>
                  <w:jc w:val="center"/>
                  <w:rPr>
                    <w:rFonts w:ascii="Roboto" w:eastAsia="Roboto" w:hAnsi="Roboto" w:cs="Roboto"/>
                  </w:rPr>
                </w:pPr>
                <w:r>
                  <w:rPr>
                    <w:rFonts w:ascii="Roboto" w:eastAsia="Roboto" w:hAnsi="Roboto" w:cs="Roboto"/>
                    <w:b/>
                  </w:rPr>
                  <w:t>3 – Proficient</w:t>
                </w:r>
              </w:p>
            </w:tc>
          </w:tr>
          <w:tr w:rsidR="009C04A2" w14:paraId="34AB40D0" w14:textId="77777777">
            <w:trPr>
              <w:trHeight w:val="1580"/>
            </w:trPr>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3D85C2A" w14:textId="77777777" w:rsidR="009C04A2" w:rsidRDefault="003E060F">
                <w:pPr>
                  <w:spacing w:after="240"/>
                  <w:rPr>
                    <w:rFonts w:ascii="Roboto" w:eastAsia="Roboto" w:hAnsi="Roboto" w:cs="Roboto"/>
                  </w:rPr>
                </w:pPr>
                <w:r>
                  <w:rPr>
                    <w:rFonts w:ascii="Roboto" w:eastAsia="Roboto" w:hAnsi="Roboto" w:cs="Roboto"/>
                    <w:b/>
                  </w:rPr>
                  <w:t>Alternative Design</w:t>
                </w:r>
              </w:p>
            </w:tc>
            <w:tc>
              <w:tcPr>
                <w:tcW w:w="26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E5499DD" w14:textId="77777777" w:rsidR="009C04A2" w:rsidRDefault="003E060F">
                <w:pPr>
                  <w:spacing w:after="240"/>
                  <w:rPr>
                    <w:rFonts w:ascii="Roboto" w:eastAsia="Roboto" w:hAnsi="Roboto" w:cs="Roboto"/>
                  </w:rPr>
                </w:pPr>
                <w:r>
                  <w:rPr>
                    <w:rFonts w:ascii="Roboto" w:eastAsia="Roboto" w:hAnsi="Roboto" w:cs="Roboto"/>
                  </w:rPr>
                  <w:t>Only one idea considered; no evidence of comparing options.</w:t>
                </w:r>
              </w:p>
            </w:tc>
            <w:tc>
              <w:tcPr>
                <w:tcW w:w="23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E9F8EA0" w14:textId="77777777" w:rsidR="009C04A2" w:rsidRDefault="003E060F">
                <w:pPr>
                  <w:spacing w:after="240"/>
                  <w:rPr>
                    <w:rFonts w:ascii="Roboto" w:eastAsia="Roboto" w:hAnsi="Roboto" w:cs="Roboto"/>
                  </w:rPr>
                </w:pPr>
                <w:r>
                  <w:rPr>
                    <w:rFonts w:ascii="Roboto" w:eastAsia="Roboto" w:hAnsi="Roboto" w:cs="Roboto"/>
                  </w:rPr>
                  <w:t>Two ideas considered with some discussion of strengths/ weaknesses.</w:t>
                </w:r>
              </w:p>
            </w:tc>
            <w:tc>
              <w:tcPr>
                <w:tcW w:w="195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A2F53B5" w14:textId="77777777" w:rsidR="009C04A2" w:rsidRDefault="003E060F">
                <w:pPr>
                  <w:spacing w:after="240"/>
                  <w:rPr>
                    <w:rFonts w:ascii="Roboto" w:eastAsia="Roboto" w:hAnsi="Roboto" w:cs="Roboto"/>
                  </w:rPr>
                </w:pPr>
                <w:r>
                  <w:rPr>
                    <w:rFonts w:ascii="Roboto" w:eastAsia="Roboto" w:hAnsi="Roboto" w:cs="Roboto"/>
                  </w:rPr>
                  <w:t>Multiple ideas explored with clear comparison and strong justification of choice.</w:t>
                </w:r>
              </w:p>
            </w:tc>
          </w:tr>
          <w:tr w:rsidR="009C04A2" w14:paraId="26CD237F" w14:textId="77777777">
            <w:trPr>
              <w:trHeight w:val="1310"/>
            </w:trPr>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8E24148" w14:textId="77777777" w:rsidR="009C04A2" w:rsidRDefault="003E060F">
                <w:pPr>
                  <w:spacing w:after="240"/>
                  <w:rPr>
                    <w:rFonts w:ascii="Roboto" w:eastAsia="Roboto" w:hAnsi="Roboto" w:cs="Roboto"/>
                  </w:rPr>
                </w:pPr>
                <w:r>
                  <w:rPr>
                    <w:rFonts w:ascii="Roboto" w:eastAsia="Roboto" w:hAnsi="Roboto" w:cs="Roboto"/>
                    <w:b/>
                  </w:rPr>
                  <w:t>Servo Operation Coding</w:t>
                </w:r>
              </w:p>
            </w:tc>
            <w:tc>
              <w:tcPr>
                <w:tcW w:w="26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AEF3935" w14:textId="77777777" w:rsidR="009C04A2" w:rsidRDefault="003E060F">
                <w:pPr>
                  <w:spacing w:after="240"/>
                  <w:rPr>
                    <w:rFonts w:ascii="Roboto" w:eastAsia="Roboto" w:hAnsi="Roboto" w:cs="Roboto"/>
                  </w:rPr>
                </w:pPr>
                <w:r>
                  <w:rPr>
                    <w:rFonts w:ascii="Roboto" w:eastAsia="Roboto" w:hAnsi="Roboto" w:cs="Roboto"/>
                  </w:rPr>
                  <w:t>Code missing, incomplete, or not functional.</w:t>
                </w:r>
              </w:p>
            </w:tc>
            <w:tc>
              <w:tcPr>
                <w:tcW w:w="23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67255C3" w14:textId="77777777" w:rsidR="009C04A2" w:rsidRDefault="003E060F">
                <w:pPr>
                  <w:spacing w:after="240"/>
                  <w:rPr>
                    <w:rFonts w:ascii="Roboto" w:eastAsia="Roboto" w:hAnsi="Roboto" w:cs="Roboto"/>
                  </w:rPr>
                </w:pPr>
                <w:r>
                  <w:rPr>
                    <w:rFonts w:ascii="Roboto" w:eastAsia="Roboto" w:hAnsi="Roboto" w:cs="Roboto"/>
                  </w:rPr>
                  <w:t>Code runs with partial success; some errors in movement or logic.</w:t>
                </w:r>
              </w:p>
            </w:tc>
            <w:tc>
              <w:tcPr>
                <w:tcW w:w="195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B50D376" w14:textId="77777777" w:rsidR="009C04A2" w:rsidRDefault="003E060F">
                <w:pPr>
                  <w:spacing w:after="240"/>
                  <w:rPr>
                    <w:rFonts w:ascii="Roboto" w:eastAsia="Roboto" w:hAnsi="Roboto" w:cs="Roboto"/>
                  </w:rPr>
                </w:pPr>
                <w:r>
                  <w:rPr>
                    <w:rFonts w:ascii="Roboto" w:eastAsia="Roboto" w:hAnsi="Roboto" w:cs="Roboto"/>
                  </w:rPr>
                  <w:t>Code works reliably; servos respond smoothly and consistently.</w:t>
                </w:r>
              </w:p>
            </w:tc>
          </w:tr>
          <w:tr w:rsidR="009C04A2" w14:paraId="414371D2" w14:textId="77777777">
            <w:trPr>
              <w:trHeight w:val="1580"/>
            </w:trPr>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6D77982" w14:textId="77777777" w:rsidR="009C04A2" w:rsidRDefault="003E060F">
                <w:pPr>
                  <w:spacing w:after="240"/>
                  <w:rPr>
                    <w:rFonts w:ascii="Roboto" w:eastAsia="Roboto" w:hAnsi="Roboto" w:cs="Roboto"/>
                  </w:rPr>
                </w:pPr>
                <w:r>
                  <w:rPr>
                    <w:rFonts w:ascii="Roboto" w:eastAsia="Roboto" w:hAnsi="Roboto" w:cs="Roboto"/>
                    <w:b/>
                  </w:rPr>
                  <w:t>Final Design &amp; Documentation</w:t>
                </w:r>
              </w:p>
            </w:tc>
            <w:tc>
              <w:tcPr>
                <w:tcW w:w="26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35D36CF" w14:textId="77777777" w:rsidR="009C04A2" w:rsidRDefault="003E060F">
                <w:pPr>
                  <w:spacing w:after="240"/>
                  <w:rPr>
                    <w:rFonts w:ascii="Roboto" w:eastAsia="Roboto" w:hAnsi="Roboto" w:cs="Roboto"/>
                  </w:rPr>
                </w:pPr>
                <w:r>
                  <w:rPr>
                    <w:rFonts w:ascii="Roboto" w:eastAsia="Roboto" w:hAnsi="Roboto" w:cs="Roboto"/>
                  </w:rPr>
                  <w:t>Final build incomplete; little or no documentation / sketching.</w:t>
                </w:r>
              </w:p>
            </w:tc>
            <w:tc>
              <w:tcPr>
                <w:tcW w:w="23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A0C8116" w14:textId="77777777" w:rsidR="009C04A2" w:rsidRDefault="003E060F">
                <w:pPr>
                  <w:spacing w:after="240"/>
                  <w:rPr>
                    <w:rFonts w:ascii="Roboto" w:eastAsia="Roboto" w:hAnsi="Roboto" w:cs="Roboto"/>
                  </w:rPr>
                </w:pPr>
                <w:r>
                  <w:rPr>
                    <w:rFonts w:ascii="Roboto" w:eastAsia="Roboto" w:hAnsi="Roboto" w:cs="Roboto"/>
                  </w:rPr>
                  <w:t>Design mostly complete; some sketches, labels, or notes included.</w:t>
                </w:r>
              </w:p>
            </w:tc>
            <w:tc>
              <w:tcPr>
                <w:tcW w:w="195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CC0F352" w14:textId="77777777" w:rsidR="009C04A2" w:rsidRDefault="003E060F">
                <w:pPr>
                  <w:spacing w:after="240"/>
                  <w:rPr>
                    <w:rFonts w:ascii="Roboto" w:eastAsia="Roboto" w:hAnsi="Roboto" w:cs="Roboto"/>
                  </w:rPr>
                </w:pPr>
                <w:r>
                  <w:rPr>
                    <w:rFonts w:ascii="Roboto" w:eastAsia="Roboto" w:hAnsi="Roboto" w:cs="Roboto"/>
                  </w:rPr>
                  <w:t>Design complete, stable, and clearly documented with labeled sketches and explanations.</w:t>
                </w:r>
              </w:p>
            </w:tc>
          </w:tr>
          <w:tr w:rsidR="009C04A2" w14:paraId="527BD671" w14:textId="77777777">
            <w:trPr>
              <w:trHeight w:val="1310"/>
            </w:trPr>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37267D2" w14:textId="77777777" w:rsidR="009C04A2" w:rsidRDefault="003E060F">
                <w:pPr>
                  <w:spacing w:after="240"/>
                  <w:rPr>
                    <w:rFonts w:ascii="Roboto" w:eastAsia="Roboto" w:hAnsi="Roboto" w:cs="Roboto"/>
                  </w:rPr>
                </w:pPr>
                <w:r>
                  <w:rPr>
                    <w:rFonts w:ascii="Roboto" w:eastAsia="Roboto" w:hAnsi="Roboto" w:cs="Roboto"/>
                    <w:b/>
                  </w:rPr>
                  <w:t>Testing &amp; Evaluation</w:t>
                </w:r>
              </w:p>
            </w:tc>
            <w:tc>
              <w:tcPr>
                <w:tcW w:w="26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705B7A8" w14:textId="77777777" w:rsidR="009C04A2" w:rsidRDefault="003E060F">
                <w:pPr>
                  <w:spacing w:after="240"/>
                  <w:rPr>
                    <w:rFonts w:ascii="Roboto" w:eastAsia="Roboto" w:hAnsi="Roboto" w:cs="Roboto"/>
                  </w:rPr>
                </w:pPr>
                <w:r>
                  <w:rPr>
                    <w:rFonts w:ascii="Roboto" w:eastAsia="Roboto" w:hAnsi="Roboto" w:cs="Roboto"/>
                  </w:rPr>
                  <w:t>No testing or results recorded.</w:t>
                </w:r>
              </w:p>
            </w:tc>
            <w:tc>
              <w:tcPr>
                <w:tcW w:w="23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1639619" w14:textId="77777777" w:rsidR="009C04A2" w:rsidRDefault="003E060F">
                <w:pPr>
                  <w:spacing w:after="240"/>
                  <w:rPr>
                    <w:rFonts w:ascii="Roboto" w:eastAsia="Roboto" w:hAnsi="Roboto" w:cs="Roboto"/>
                  </w:rPr>
                </w:pPr>
                <w:r>
                  <w:rPr>
                    <w:rFonts w:ascii="Roboto" w:eastAsia="Roboto" w:hAnsi="Roboto" w:cs="Roboto"/>
                  </w:rPr>
                  <w:t>Some testing done; limited results or weak evaluation.</w:t>
                </w:r>
              </w:p>
            </w:tc>
            <w:tc>
              <w:tcPr>
                <w:tcW w:w="195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48236C4" w14:textId="77777777" w:rsidR="009C04A2" w:rsidRDefault="003E060F">
                <w:pPr>
                  <w:spacing w:after="240"/>
                  <w:rPr>
                    <w:rFonts w:ascii="Roboto" w:eastAsia="Roboto" w:hAnsi="Roboto" w:cs="Roboto"/>
                  </w:rPr>
                </w:pPr>
                <w:r>
                  <w:rPr>
                    <w:rFonts w:ascii="Roboto" w:eastAsia="Roboto" w:hAnsi="Roboto" w:cs="Roboto"/>
                  </w:rPr>
                  <w:t>Thorough testing; results recorded and used to guide improvements.</w:t>
                </w:r>
              </w:p>
            </w:tc>
          </w:tr>
          <w:tr w:rsidR="009C04A2" w14:paraId="4B7C70D4" w14:textId="77777777">
            <w:trPr>
              <w:trHeight w:val="1310"/>
            </w:trPr>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73DE93B3" w14:textId="77777777" w:rsidR="009C04A2" w:rsidRDefault="003E060F">
                <w:pPr>
                  <w:spacing w:after="240"/>
                  <w:rPr>
                    <w:rFonts w:ascii="Roboto" w:eastAsia="Roboto" w:hAnsi="Roboto" w:cs="Roboto"/>
                  </w:rPr>
                </w:pPr>
                <w:r>
                  <w:rPr>
                    <w:rFonts w:ascii="Roboto" w:eastAsia="Roboto" w:hAnsi="Roboto" w:cs="Roboto"/>
                    <w:b/>
                  </w:rPr>
                  <w:t>Build &amp; Engineering</w:t>
                </w:r>
              </w:p>
            </w:tc>
            <w:tc>
              <w:tcPr>
                <w:tcW w:w="26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3CD53463" w14:textId="77777777" w:rsidR="009C04A2" w:rsidRDefault="003E060F">
                <w:pPr>
                  <w:spacing w:after="240"/>
                  <w:rPr>
                    <w:rFonts w:ascii="Roboto" w:eastAsia="Roboto" w:hAnsi="Roboto" w:cs="Roboto"/>
                  </w:rPr>
                </w:pPr>
                <w:r>
                  <w:rPr>
                    <w:rFonts w:ascii="Roboto" w:eastAsia="Roboto" w:hAnsi="Roboto" w:cs="Roboto"/>
                  </w:rPr>
                  <w:t>Build fragile, misaligned, or non-functional.</w:t>
                </w:r>
              </w:p>
            </w:tc>
            <w:tc>
              <w:tcPr>
                <w:tcW w:w="23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A478544" w14:textId="77777777" w:rsidR="009C04A2" w:rsidRDefault="003E060F">
                <w:pPr>
                  <w:spacing w:after="240"/>
                  <w:rPr>
                    <w:rFonts w:ascii="Roboto" w:eastAsia="Roboto" w:hAnsi="Roboto" w:cs="Roboto"/>
                  </w:rPr>
                </w:pPr>
                <w:r>
                  <w:rPr>
                    <w:rFonts w:ascii="Roboto" w:eastAsia="Roboto" w:hAnsi="Roboto" w:cs="Roboto"/>
                  </w:rPr>
                  <w:t>Build mostly stable; some weaknesses in joints or servo mounts.</w:t>
                </w:r>
              </w:p>
            </w:tc>
            <w:tc>
              <w:tcPr>
                <w:tcW w:w="195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4D0709A" w14:textId="77777777" w:rsidR="009C04A2" w:rsidRDefault="003E060F">
                <w:pPr>
                  <w:spacing w:after="240"/>
                  <w:rPr>
                    <w:rFonts w:ascii="Roboto" w:eastAsia="Roboto" w:hAnsi="Roboto" w:cs="Roboto"/>
                  </w:rPr>
                </w:pPr>
                <w:r>
                  <w:rPr>
                    <w:rFonts w:ascii="Roboto" w:eastAsia="Roboto" w:hAnsi="Roboto" w:cs="Roboto"/>
                  </w:rPr>
                  <w:t>Build sturdy, stable, and functional; joints and servos secure and smooth.</w:t>
                </w:r>
              </w:p>
            </w:tc>
          </w:tr>
          <w:tr w:rsidR="009C04A2" w14:paraId="5D9E9C4C" w14:textId="77777777">
            <w:trPr>
              <w:trHeight w:val="2390"/>
            </w:trPr>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001474B" w14:textId="77777777" w:rsidR="009C04A2" w:rsidRDefault="003E060F">
                <w:pPr>
                  <w:spacing w:after="240"/>
                  <w:rPr>
                    <w:rFonts w:ascii="Roboto" w:eastAsia="Roboto" w:hAnsi="Roboto" w:cs="Roboto"/>
                  </w:rPr>
                </w:pPr>
                <w:r>
                  <w:rPr>
                    <w:rFonts w:ascii="Roboto" w:eastAsia="Roboto" w:hAnsi="Roboto" w:cs="Roboto"/>
                    <w:b/>
                  </w:rPr>
                  <w:lastRenderedPageBreak/>
                  <w:t>Reflection on Learning</w:t>
                </w:r>
              </w:p>
            </w:tc>
            <w:tc>
              <w:tcPr>
                <w:tcW w:w="262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C18A64B" w14:textId="77777777" w:rsidR="009C04A2" w:rsidRDefault="003E060F">
                <w:pPr>
                  <w:spacing w:after="240"/>
                  <w:rPr>
                    <w:rFonts w:ascii="Roboto" w:eastAsia="Roboto" w:hAnsi="Roboto" w:cs="Roboto"/>
                  </w:rPr>
                </w:pPr>
                <w:r>
                  <w:rPr>
                    <w:rFonts w:ascii="Roboto" w:eastAsia="Roboto" w:hAnsi="Roboto" w:cs="Roboto"/>
                  </w:rPr>
                  <w:t>Reflection missing or very brief/superficial.</w:t>
                </w:r>
              </w:p>
            </w:tc>
            <w:tc>
              <w:tcPr>
                <w:tcW w:w="2349"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8B05EDE" w14:textId="77777777" w:rsidR="009C04A2" w:rsidRDefault="003E060F">
                <w:pPr>
                  <w:spacing w:after="240"/>
                  <w:rPr>
                    <w:rFonts w:ascii="Roboto" w:eastAsia="Roboto" w:hAnsi="Roboto" w:cs="Roboto"/>
                  </w:rPr>
                </w:pPr>
                <w:r>
                  <w:rPr>
                    <w:rFonts w:ascii="Roboto" w:eastAsia="Roboto" w:hAnsi="Roboto" w:cs="Roboto"/>
                  </w:rPr>
                  <w:t>Reflection includes a basic summary of what was learned.</w:t>
                </w:r>
              </w:p>
            </w:tc>
            <w:tc>
              <w:tcPr>
                <w:tcW w:w="1956"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1344742" w14:textId="77777777" w:rsidR="009C04A2" w:rsidRDefault="003E060F">
                <w:pPr>
                  <w:spacing w:after="240"/>
                  <w:rPr>
                    <w:rFonts w:ascii="Roboto" w:eastAsia="Roboto" w:hAnsi="Roboto" w:cs="Roboto"/>
                  </w:rPr>
                </w:pPr>
                <w:r>
                  <w:rPr>
                    <w:rFonts w:ascii="Roboto" w:eastAsia="Roboto" w:hAnsi="Roboto" w:cs="Roboto"/>
                  </w:rPr>
                  <w:t>Reflection is thoughtful and detailed; shows insights into challenges, solutions, and Engineering process.</w:t>
                </w:r>
              </w:p>
            </w:tc>
          </w:tr>
        </w:tbl>
      </w:sdtContent>
    </w:sdt>
    <w:p w14:paraId="28DEE9FA" w14:textId="77777777" w:rsidR="009C04A2" w:rsidRDefault="009C04A2">
      <w:pPr>
        <w:spacing w:after="240"/>
        <w:ind w:left="720"/>
        <w:rPr>
          <w:rFonts w:ascii="Roboto" w:eastAsia="Roboto" w:hAnsi="Roboto" w:cs="Roboto"/>
        </w:rPr>
      </w:pPr>
    </w:p>
    <w:p w14:paraId="0AC2D18C"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6EEDA466"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2DC8D444"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0C840E3F"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41233CAF"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7FDBEF72"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337DDB81"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7E5ABDB3"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7A2C740F"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166D635B"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7D894FEE"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17CC4E4E"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13E4CF18"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4BE98D81"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59E67A22"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79E8563F"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61419E4E"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2D62F413"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483A394B"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7CB4DB84"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41565F06"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29883DA0" w14:textId="77777777" w:rsidR="009C04A2" w:rsidRDefault="009C04A2">
      <w:pPr>
        <w:pBdr>
          <w:top w:val="nil"/>
          <w:left w:val="nil"/>
          <w:bottom w:val="nil"/>
          <w:right w:val="nil"/>
          <w:between w:val="nil"/>
        </w:pBdr>
        <w:spacing w:after="0"/>
        <w:ind w:left="4140" w:hanging="360"/>
        <w:rPr>
          <w:rFonts w:ascii="Roboto" w:eastAsia="Roboto" w:hAnsi="Roboto" w:cs="Roboto"/>
        </w:rPr>
      </w:pPr>
    </w:p>
    <w:p w14:paraId="6AB0F1CC" w14:textId="77777777" w:rsidR="009C04A2" w:rsidRDefault="003E060F">
      <w:pPr>
        <w:pStyle w:val="Heading1"/>
      </w:pPr>
      <w:r>
        <w:lastRenderedPageBreak/>
        <w:t>Knowledge and Skill Builders (KSBs)</w:t>
      </w:r>
    </w:p>
    <w:p w14:paraId="213914AD" w14:textId="77777777" w:rsidR="009C04A2" w:rsidRDefault="003E060F">
      <w:pPr>
        <w:pStyle w:val="Heading2"/>
      </w:pPr>
      <w:r>
        <w:t>KSB 1: How Do Robot Arms Move?</w:t>
      </w:r>
    </w:p>
    <w:p w14:paraId="25DAE41A" w14:textId="77777777" w:rsidR="009C04A2" w:rsidRDefault="003E060F">
      <w:pPr>
        <w:rPr>
          <w:rFonts w:ascii="Roboto" w:eastAsia="Roboto" w:hAnsi="Roboto" w:cs="Roboto"/>
        </w:rPr>
      </w:pPr>
      <w:r>
        <w:rPr>
          <w:rFonts w:ascii="Roboto" w:eastAsia="Roboto" w:hAnsi="Roboto" w:cs="Roboto"/>
        </w:rPr>
        <w:t>Understand and identify the types of robotic arm movement: base rotation, joint/lift movement, and gripper motion.</w:t>
      </w:r>
      <w:r>
        <w:rPr>
          <w:noProof/>
        </w:rPr>
        <w:drawing>
          <wp:anchor distT="0" distB="0" distL="114300" distR="114300" simplePos="0" relativeHeight="251660288" behindDoc="0" locked="0" layoutInCell="1" hidden="0" allowOverlap="1" wp14:anchorId="1DEC3426" wp14:editId="09996AC7">
            <wp:simplePos x="0" y="0"/>
            <wp:positionH relativeFrom="column">
              <wp:posOffset>-266698</wp:posOffset>
            </wp:positionH>
            <wp:positionV relativeFrom="paragraph">
              <wp:posOffset>48217</wp:posOffset>
            </wp:positionV>
            <wp:extent cx="1371600" cy="1069848"/>
            <wp:effectExtent l="0" t="0" r="0" b="0"/>
            <wp:wrapSquare wrapText="bothSides" distT="0" distB="0" distL="114300" distR="114300"/>
            <wp:docPr id="2108318377" name="image9.png" descr="A diagram of a proces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9.png" descr="A diagram of a process&#10;&#10;AI-generated content may be incorrect."/>
                    <pic:cNvPicPr preferRelativeResize="0"/>
                  </pic:nvPicPr>
                  <pic:blipFill>
                    <a:blip r:embed="rId8"/>
                    <a:srcRect/>
                    <a:stretch>
                      <a:fillRect/>
                    </a:stretch>
                  </pic:blipFill>
                  <pic:spPr>
                    <a:xfrm>
                      <a:off x="0" y="0"/>
                      <a:ext cx="1371600" cy="1069848"/>
                    </a:xfrm>
                    <a:prstGeom prst="rect">
                      <a:avLst/>
                    </a:prstGeom>
                    <a:ln/>
                  </pic:spPr>
                </pic:pic>
              </a:graphicData>
            </a:graphic>
          </wp:anchor>
        </w:drawing>
      </w:r>
    </w:p>
    <w:p w14:paraId="596D7636" w14:textId="77777777" w:rsidR="009C04A2" w:rsidRDefault="009C04A2">
      <w:pPr>
        <w:rPr>
          <w:rFonts w:ascii="Roboto" w:eastAsia="Roboto" w:hAnsi="Roboto" w:cs="Roboto"/>
        </w:rPr>
      </w:pPr>
    </w:p>
    <w:p w14:paraId="575CDB5E" w14:textId="77777777" w:rsidR="009C04A2" w:rsidRDefault="009C04A2">
      <w:pPr>
        <w:rPr>
          <w:rFonts w:ascii="Roboto" w:eastAsia="Roboto" w:hAnsi="Roboto" w:cs="Roboto"/>
        </w:rPr>
      </w:pPr>
    </w:p>
    <w:p w14:paraId="2058989D" w14:textId="77777777" w:rsidR="009C04A2" w:rsidRDefault="003E060F">
      <w:pPr>
        <w:rPr>
          <w:rFonts w:ascii="Roboto" w:eastAsia="Roboto" w:hAnsi="Roboto" w:cs="Roboto"/>
        </w:rPr>
      </w:pPr>
      <w:r>
        <w:rPr>
          <w:rFonts w:ascii="Roboto" w:eastAsia="Roboto" w:hAnsi="Roboto" w:cs="Roboto"/>
        </w:rPr>
        <w:t>Tasks:</w:t>
      </w:r>
    </w:p>
    <w:p w14:paraId="01E3955B" w14:textId="4E001D95" w:rsidR="009C04A2" w:rsidRDefault="00ED55F7">
      <w:pPr>
        <w:numPr>
          <w:ilvl w:val="0"/>
          <w:numId w:val="7"/>
        </w:numPr>
        <w:pBdr>
          <w:top w:val="nil"/>
          <w:left w:val="nil"/>
          <w:bottom w:val="nil"/>
          <w:right w:val="nil"/>
          <w:between w:val="nil"/>
        </w:pBdr>
        <w:spacing w:after="0"/>
        <w:ind w:left="360"/>
        <w:rPr>
          <w:rFonts w:ascii="Roboto" w:eastAsia="Roboto" w:hAnsi="Roboto" w:cs="Roboto"/>
        </w:rPr>
      </w:pPr>
      <w:r w:rsidRPr="00ED55F7">
        <w:rPr>
          <w:rFonts w:ascii="Roboto" w:eastAsia="Roboto" w:hAnsi="Roboto" w:cs="Roboto"/>
          <w:color w:val="000000"/>
          <w:lang w:val="en-US"/>
        </w:rPr>
        <w:t>Study how robotic arms use connected joints to create different types of movement.</w:t>
      </w:r>
      <w:r w:rsidRPr="00ED55F7" w:rsidDel="00ED55F7">
        <w:rPr>
          <w:rFonts w:ascii="Roboto" w:eastAsia="Roboto" w:hAnsi="Roboto" w:cs="Roboto"/>
          <w:color w:val="000000"/>
        </w:rPr>
        <w:t xml:space="preserve"> </w:t>
      </w:r>
      <w:r w:rsidR="003E060F">
        <w:rPr>
          <w:rFonts w:ascii="Roboto" w:eastAsia="Roboto" w:hAnsi="Roboto" w:cs="Roboto"/>
          <w:color w:val="000000"/>
        </w:rPr>
        <w:t>(</w:t>
      </w:r>
      <w:r w:rsidR="002E374F">
        <w:rPr>
          <w:rFonts w:ascii="Roboto" w:eastAsia="Roboto" w:hAnsi="Roboto" w:cs="Roboto"/>
          <w:color w:val="000000"/>
        </w:rPr>
        <w:t>e.g.,</w:t>
      </w:r>
      <w:r w:rsidR="003E060F">
        <w:rPr>
          <w:rFonts w:ascii="Roboto" w:eastAsia="Roboto" w:hAnsi="Roboto" w:cs="Roboto"/>
          <w:color w:val="000000"/>
        </w:rPr>
        <w:t xml:space="preserve"> How Industrial Robot Arms Work).</w:t>
      </w:r>
    </w:p>
    <w:p w14:paraId="12E58121" w14:textId="77777777" w:rsidR="009C04A2" w:rsidRDefault="003E060F">
      <w:pPr>
        <w:numPr>
          <w:ilvl w:val="0"/>
          <w:numId w:val="7"/>
        </w:numPr>
        <w:pBdr>
          <w:top w:val="nil"/>
          <w:left w:val="nil"/>
          <w:bottom w:val="nil"/>
          <w:right w:val="nil"/>
          <w:between w:val="nil"/>
        </w:pBdr>
        <w:spacing w:after="0"/>
        <w:ind w:left="360"/>
        <w:rPr>
          <w:rFonts w:ascii="Roboto" w:eastAsia="Roboto" w:hAnsi="Roboto" w:cs="Roboto"/>
          <w:color w:val="000000"/>
        </w:rPr>
      </w:pPr>
      <w:hyperlink r:id="rId9">
        <w:r>
          <w:rPr>
            <w:rFonts w:ascii="Roboto" w:eastAsia="Roboto" w:hAnsi="Roboto" w:cs="Roboto"/>
            <w:color w:val="0000FF"/>
            <w:u w:val="single"/>
          </w:rPr>
          <w:t>https://youtu.be/P2r9U4wkjcc?si=nDd2lciBle6bRr9N</w:t>
        </w:r>
      </w:hyperlink>
    </w:p>
    <w:p w14:paraId="099783E5" w14:textId="27FB02CC" w:rsidR="009C04A2" w:rsidRDefault="00ED55F7">
      <w:pPr>
        <w:numPr>
          <w:ilvl w:val="0"/>
          <w:numId w:val="7"/>
        </w:numPr>
        <w:pBdr>
          <w:top w:val="nil"/>
          <w:left w:val="nil"/>
          <w:bottom w:val="nil"/>
          <w:right w:val="nil"/>
          <w:between w:val="nil"/>
        </w:pBdr>
        <w:spacing w:after="0"/>
        <w:ind w:left="360"/>
        <w:rPr>
          <w:rFonts w:ascii="Roboto" w:eastAsia="Roboto" w:hAnsi="Roboto" w:cs="Roboto"/>
        </w:rPr>
      </w:pPr>
      <w:r w:rsidRPr="00ED55F7">
        <w:rPr>
          <w:rFonts w:ascii="Roboto" w:eastAsia="Roboto" w:hAnsi="Roboto" w:cs="Roboto"/>
          <w:color w:val="000000"/>
          <w:lang w:val="en-US"/>
        </w:rPr>
        <w:t>Complete the existing diagram activity:</w:t>
      </w:r>
      <w:r w:rsidRPr="00ED55F7">
        <w:rPr>
          <w:rFonts w:ascii="Roboto" w:eastAsia="Roboto" w:hAnsi="Roboto" w:cs="Roboto"/>
          <w:color w:val="000000"/>
          <w:lang w:val="en-US"/>
        </w:rPr>
        <w:br/>
        <w:t>• label the base, shoulder, elbow, wrist, and gripper</w:t>
      </w:r>
      <w:r w:rsidRPr="00ED55F7">
        <w:rPr>
          <w:rFonts w:ascii="Roboto" w:eastAsia="Roboto" w:hAnsi="Roboto" w:cs="Roboto"/>
          <w:color w:val="000000"/>
          <w:lang w:val="en-US"/>
        </w:rPr>
        <w:br/>
        <w:t>• use arrows to show how each part moves</w:t>
      </w:r>
      <w:r w:rsidRPr="00ED55F7">
        <w:rPr>
          <w:rFonts w:ascii="Roboto" w:eastAsia="Roboto" w:hAnsi="Roboto" w:cs="Roboto"/>
          <w:color w:val="000000"/>
          <w:lang w:val="en-US"/>
        </w:rPr>
        <w:br/>
        <w:t>• identify which movement is rotation, lifting/lowering, or opening/closing</w:t>
      </w:r>
      <w:r w:rsidR="003E060F">
        <w:rPr>
          <w:rFonts w:ascii="Roboto" w:eastAsia="Roboto" w:hAnsi="Roboto" w:cs="Roboto"/>
          <w:color w:val="000000"/>
        </w:rPr>
        <w:t>.</w:t>
      </w:r>
    </w:p>
    <w:p w14:paraId="059E9F05" w14:textId="20515E30" w:rsidR="00F840DA" w:rsidRDefault="00F840DA">
      <w:pPr>
        <w:pBdr>
          <w:top w:val="nil"/>
          <w:left w:val="nil"/>
          <w:bottom w:val="nil"/>
          <w:right w:val="nil"/>
          <w:between w:val="nil"/>
        </w:pBdr>
        <w:spacing w:after="0"/>
        <w:ind w:left="360" w:hanging="360"/>
        <w:jc w:val="center"/>
        <w:rPr>
          <w:rFonts w:ascii="Roboto" w:eastAsia="Roboto" w:hAnsi="Roboto" w:cs="Roboto"/>
          <w:color w:val="000000"/>
        </w:rPr>
      </w:pPr>
      <w:r>
        <w:rPr>
          <w:rFonts w:ascii="Roboto" w:eastAsia="Roboto" w:hAnsi="Roboto" w:cs="Roboto"/>
          <w:noProof/>
          <w:color w:val="000000"/>
        </w:rPr>
        <w:drawing>
          <wp:anchor distT="0" distB="0" distL="114300" distR="114300" simplePos="0" relativeHeight="251677696" behindDoc="0" locked="0" layoutInCell="1" allowOverlap="1" wp14:anchorId="5DA20705" wp14:editId="0C4A6770">
            <wp:simplePos x="0" y="0"/>
            <wp:positionH relativeFrom="column">
              <wp:posOffset>1133474</wp:posOffset>
            </wp:positionH>
            <wp:positionV relativeFrom="paragraph">
              <wp:posOffset>130810</wp:posOffset>
            </wp:positionV>
            <wp:extent cx="3564255" cy="3669248"/>
            <wp:effectExtent l="0" t="0" r="0" b="7620"/>
            <wp:wrapNone/>
            <wp:docPr id="2108318370" name="image8.png" descr="A blue and grey robotic arm&#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8.png" descr="A blue and grey robotic arm&#10;&#10;AI-generated content may be incorrect."/>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3566592" cy="3671654"/>
                    </a:xfrm>
                    <a:prstGeom prst="rect">
                      <a:avLst/>
                    </a:prstGeom>
                    <a:ln/>
                  </pic:spPr>
                </pic:pic>
              </a:graphicData>
            </a:graphic>
            <wp14:sizeRelH relativeFrom="margin">
              <wp14:pctWidth>0</wp14:pctWidth>
            </wp14:sizeRelH>
            <wp14:sizeRelV relativeFrom="margin">
              <wp14:pctHeight>0</wp14:pctHeight>
            </wp14:sizeRelV>
          </wp:anchor>
        </w:drawing>
      </w:r>
    </w:p>
    <w:p w14:paraId="15A9D986" w14:textId="77777777" w:rsidR="00F840DA" w:rsidRDefault="00F840DA">
      <w:pPr>
        <w:pBdr>
          <w:top w:val="nil"/>
          <w:left w:val="nil"/>
          <w:bottom w:val="nil"/>
          <w:right w:val="nil"/>
          <w:between w:val="nil"/>
        </w:pBdr>
        <w:spacing w:after="0"/>
        <w:ind w:left="360" w:hanging="360"/>
        <w:jc w:val="center"/>
        <w:rPr>
          <w:rFonts w:ascii="Roboto" w:eastAsia="Roboto" w:hAnsi="Roboto" w:cs="Roboto"/>
          <w:color w:val="000000"/>
        </w:rPr>
      </w:pPr>
    </w:p>
    <w:p w14:paraId="2183E17B" w14:textId="77777777" w:rsidR="00F840DA" w:rsidRDefault="00F840DA">
      <w:pPr>
        <w:pBdr>
          <w:top w:val="nil"/>
          <w:left w:val="nil"/>
          <w:bottom w:val="nil"/>
          <w:right w:val="nil"/>
          <w:between w:val="nil"/>
        </w:pBdr>
        <w:spacing w:after="0"/>
        <w:ind w:left="360" w:hanging="360"/>
        <w:jc w:val="center"/>
        <w:rPr>
          <w:rFonts w:ascii="Roboto" w:eastAsia="Roboto" w:hAnsi="Roboto" w:cs="Roboto"/>
          <w:color w:val="000000"/>
        </w:rPr>
      </w:pPr>
    </w:p>
    <w:p w14:paraId="260D8068" w14:textId="77777777" w:rsidR="00F840DA" w:rsidRDefault="00F840DA">
      <w:pPr>
        <w:pBdr>
          <w:top w:val="nil"/>
          <w:left w:val="nil"/>
          <w:bottom w:val="nil"/>
          <w:right w:val="nil"/>
          <w:between w:val="nil"/>
        </w:pBdr>
        <w:spacing w:after="0"/>
        <w:ind w:left="360" w:hanging="360"/>
        <w:jc w:val="center"/>
        <w:rPr>
          <w:rFonts w:ascii="Roboto" w:eastAsia="Roboto" w:hAnsi="Roboto" w:cs="Roboto"/>
          <w:color w:val="000000"/>
        </w:rPr>
      </w:pPr>
    </w:p>
    <w:p w14:paraId="02381907" w14:textId="77777777" w:rsidR="00F840DA" w:rsidRDefault="00F840DA">
      <w:pPr>
        <w:pBdr>
          <w:top w:val="nil"/>
          <w:left w:val="nil"/>
          <w:bottom w:val="nil"/>
          <w:right w:val="nil"/>
          <w:between w:val="nil"/>
        </w:pBdr>
        <w:spacing w:after="0"/>
        <w:ind w:left="360" w:hanging="360"/>
        <w:jc w:val="center"/>
        <w:rPr>
          <w:rFonts w:ascii="Roboto" w:eastAsia="Roboto" w:hAnsi="Roboto" w:cs="Roboto"/>
          <w:color w:val="000000"/>
        </w:rPr>
      </w:pPr>
    </w:p>
    <w:p w14:paraId="4968EE5A" w14:textId="77777777" w:rsidR="00F840DA" w:rsidRDefault="00F840DA">
      <w:pPr>
        <w:pBdr>
          <w:top w:val="nil"/>
          <w:left w:val="nil"/>
          <w:bottom w:val="nil"/>
          <w:right w:val="nil"/>
          <w:between w:val="nil"/>
        </w:pBdr>
        <w:spacing w:after="0"/>
        <w:ind w:left="360" w:hanging="360"/>
        <w:jc w:val="center"/>
        <w:rPr>
          <w:rFonts w:ascii="Roboto" w:eastAsia="Roboto" w:hAnsi="Roboto" w:cs="Roboto"/>
          <w:color w:val="000000"/>
        </w:rPr>
      </w:pPr>
    </w:p>
    <w:p w14:paraId="0A6CCB7D" w14:textId="77777777" w:rsidR="00F840DA" w:rsidRDefault="00F840DA">
      <w:pPr>
        <w:pBdr>
          <w:top w:val="nil"/>
          <w:left w:val="nil"/>
          <w:bottom w:val="nil"/>
          <w:right w:val="nil"/>
          <w:between w:val="nil"/>
        </w:pBdr>
        <w:spacing w:after="0"/>
        <w:ind w:left="360" w:hanging="360"/>
        <w:jc w:val="center"/>
        <w:rPr>
          <w:rFonts w:ascii="Roboto" w:eastAsia="Roboto" w:hAnsi="Roboto" w:cs="Roboto"/>
          <w:color w:val="000000"/>
        </w:rPr>
      </w:pPr>
    </w:p>
    <w:p w14:paraId="149761E4" w14:textId="77777777" w:rsidR="00F840DA" w:rsidRDefault="00F840DA">
      <w:pPr>
        <w:pBdr>
          <w:top w:val="nil"/>
          <w:left w:val="nil"/>
          <w:bottom w:val="nil"/>
          <w:right w:val="nil"/>
          <w:between w:val="nil"/>
        </w:pBdr>
        <w:spacing w:after="0"/>
        <w:ind w:left="360" w:hanging="360"/>
        <w:jc w:val="center"/>
        <w:rPr>
          <w:rFonts w:ascii="Roboto" w:eastAsia="Roboto" w:hAnsi="Roboto" w:cs="Roboto"/>
          <w:color w:val="000000"/>
        </w:rPr>
      </w:pPr>
    </w:p>
    <w:p w14:paraId="3FCA0BA2" w14:textId="77777777" w:rsidR="00F840DA" w:rsidRDefault="00F840DA">
      <w:pPr>
        <w:pBdr>
          <w:top w:val="nil"/>
          <w:left w:val="nil"/>
          <w:bottom w:val="nil"/>
          <w:right w:val="nil"/>
          <w:between w:val="nil"/>
        </w:pBdr>
        <w:spacing w:after="0"/>
        <w:ind w:left="360" w:hanging="360"/>
        <w:jc w:val="center"/>
        <w:rPr>
          <w:rFonts w:ascii="Roboto" w:eastAsia="Roboto" w:hAnsi="Roboto" w:cs="Roboto"/>
          <w:color w:val="000000"/>
        </w:rPr>
      </w:pPr>
    </w:p>
    <w:p w14:paraId="6ED23EB8" w14:textId="77777777" w:rsidR="00F840DA" w:rsidRDefault="00F840DA">
      <w:pPr>
        <w:pBdr>
          <w:top w:val="nil"/>
          <w:left w:val="nil"/>
          <w:bottom w:val="nil"/>
          <w:right w:val="nil"/>
          <w:between w:val="nil"/>
        </w:pBdr>
        <w:spacing w:after="0"/>
        <w:ind w:left="360" w:hanging="360"/>
        <w:jc w:val="center"/>
        <w:rPr>
          <w:rFonts w:ascii="Roboto" w:eastAsia="Roboto" w:hAnsi="Roboto" w:cs="Roboto"/>
          <w:color w:val="000000"/>
        </w:rPr>
      </w:pPr>
    </w:p>
    <w:p w14:paraId="7C0F0C2C" w14:textId="77777777" w:rsidR="00F840DA" w:rsidRDefault="00F840DA">
      <w:pPr>
        <w:pBdr>
          <w:top w:val="nil"/>
          <w:left w:val="nil"/>
          <w:bottom w:val="nil"/>
          <w:right w:val="nil"/>
          <w:between w:val="nil"/>
        </w:pBdr>
        <w:spacing w:after="0"/>
        <w:ind w:left="360" w:hanging="360"/>
        <w:jc w:val="center"/>
        <w:rPr>
          <w:rFonts w:ascii="Roboto" w:eastAsia="Roboto" w:hAnsi="Roboto" w:cs="Roboto"/>
          <w:color w:val="000000"/>
        </w:rPr>
      </w:pPr>
    </w:p>
    <w:p w14:paraId="5320B3BB" w14:textId="77777777" w:rsidR="00F840DA" w:rsidRDefault="00F840DA">
      <w:pPr>
        <w:pBdr>
          <w:top w:val="nil"/>
          <w:left w:val="nil"/>
          <w:bottom w:val="nil"/>
          <w:right w:val="nil"/>
          <w:between w:val="nil"/>
        </w:pBdr>
        <w:spacing w:after="0"/>
        <w:ind w:left="360" w:hanging="360"/>
        <w:jc w:val="center"/>
        <w:rPr>
          <w:rFonts w:ascii="Roboto" w:eastAsia="Roboto" w:hAnsi="Roboto" w:cs="Roboto"/>
          <w:color w:val="000000"/>
        </w:rPr>
      </w:pPr>
    </w:p>
    <w:p w14:paraId="00B1A2F1" w14:textId="77777777" w:rsidR="00F840DA" w:rsidRDefault="00F840DA">
      <w:pPr>
        <w:pBdr>
          <w:top w:val="nil"/>
          <w:left w:val="nil"/>
          <w:bottom w:val="nil"/>
          <w:right w:val="nil"/>
          <w:between w:val="nil"/>
        </w:pBdr>
        <w:spacing w:after="0"/>
        <w:ind w:left="360" w:hanging="360"/>
        <w:jc w:val="center"/>
        <w:rPr>
          <w:rFonts w:ascii="Roboto" w:eastAsia="Roboto" w:hAnsi="Roboto" w:cs="Roboto"/>
          <w:color w:val="000000"/>
        </w:rPr>
      </w:pPr>
    </w:p>
    <w:p w14:paraId="47AE6B0E" w14:textId="77777777" w:rsidR="00F840DA" w:rsidRDefault="00F840DA">
      <w:pPr>
        <w:pBdr>
          <w:top w:val="nil"/>
          <w:left w:val="nil"/>
          <w:bottom w:val="nil"/>
          <w:right w:val="nil"/>
          <w:between w:val="nil"/>
        </w:pBdr>
        <w:spacing w:after="0"/>
        <w:ind w:left="360" w:hanging="360"/>
        <w:jc w:val="center"/>
        <w:rPr>
          <w:rFonts w:ascii="Roboto" w:eastAsia="Roboto" w:hAnsi="Roboto" w:cs="Roboto"/>
          <w:color w:val="000000"/>
        </w:rPr>
      </w:pPr>
    </w:p>
    <w:p w14:paraId="08395142" w14:textId="77777777" w:rsidR="00F840DA" w:rsidRDefault="00F840DA">
      <w:pPr>
        <w:pBdr>
          <w:top w:val="nil"/>
          <w:left w:val="nil"/>
          <w:bottom w:val="nil"/>
          <w:right w:val="nil"/>
          <w:between w:val="nil"/>
        </w:pBdr>
        <w:spacing w:after="0"/>
        <w:ind w:left="360" w:hanging="360"/>
        <w:jc w:val="center"/>
        <w:rPr>
          <w:rFonts w:ascii="Roboto" w:eastAsia="Roboto" w:hAnsi="Roboto" w:cs="Roboto"/>
          <w:color w:val="000000"/>
        </w:rPr>
      </w:pPr>
    </w:p>
    <w:p w14:paraId="01A76686" w14:textId="77777777" w:rsidR="00F840DA" w:rsidRDefault="00F840DA">
      <w:pPr>
        <w:pBdr>
          <w:top w:val="nil"/>
          <w:left w:val="nil"/>
          <w:bottom w:val="nil"/>
          <w:right w:val="nil"/>
          <w:between w:val="nil"/>
        </w:pBdr>
        <w:spacing w:after="0"/>
        <w:ind w:left="360" w:hanging="360"/>
        <w:jc w:val="center"/>
        <w:rPr>
          <w:rFonts w:ascii="Roboto" w:eastAsia="Roboto" w:hAnsi="Roboto" w:cs="Roboto"/>
          <w:color w:val="000000"/>
        </w:rPr>
      </w:pPr>
    </w:p>
    <w:p w14:paraId="4FEA13E5" w14:textId="77777777" w:rsidR="00F840DA" w:rsidRDefault="00F840DA">
      <w:pPr>
        <w:pBdr>
          <w:top w:val="nil"/>
          <w:left w:val="nil"/>
          <w:bottom w:val="nil"/>
          <w:right w:val="nil"/>
          <w:between w:val="nil"/>
        </w:pBdr>
        <w:spacing w:after="0"/>
        <w:ind w:left="360" w:hanging="360"/>
        <w:jc w:val="center"/>
        <w:rPr>
          <w:rFonts w:ascii="Roboto" w:eastAsia="Roboto" w:hAnsi="Roboto" w:cs="Roboto"/>
          <w:color w:val="000000"/>
        </w:rPr>
      </w:pPr>
    </w:p>
    <w:p w14:paraId="37781DA5" w14:textId="77777777" w:rsidR="00F840DA" w:rsidRDefault="00F840DA">
      <w:pPr>
        <w:pBdr>
          <w:top w:val="nil"/>
          <w:left w:val="nil"/>
          <w:bottom w:val="nil"/>
          <w:right w:val="nil"/>
          <w:between w:val="nil"/>
        </w:pBdr>
        <w:spacing w:after="0"/>
        <w:ind w:left="360" w:hanging="360"/>
        <w:jc w:val="center"/>
        <w:rPr>
          <w:rFonts w:ascii="Roboto" w:eastAsia="Roboto" w:hAnsi="Roboto" w:cs="Roboto"/>
          <w:color w:val="000000"/>
        </w:rPr>
      </w:pPr>
    </w:p>
    <w:p w14:paraId="6AED6438" w14:textId="77777777" w:rsidR="00F840DA" w:rsidRDefault="00F840DA">
      <w:pPr>
        <w:pBdr>
          <w:top w:val="nil"/>
          <w:left w:val="nil"/>
          <w:bottom w:val="nil"/>
          <w:right w:val="nil"/>
          <w:between w:val="nil"/>
        </w:pBdr>
        <w:spacing w:after="0"/>
        <w:ind w:left="360" w:hanging="360"/>
        <w:jc w:val="center"/>
        <w:rPr>
          <w:rFonts w:ascii="Roboto" w:eastAsia="Roboto" w:hAnsi="Roboto" w:cs="Roboto"/>
          <w:color w:val="000000"/>
        </w:rPr>
      </w:pPr>
    </w:p>
    <w:p w14:paraId="14AB9573" w14:textId="33ECD919" w:rsidR="009C04A2" w:rsidRDefault="009C04A2">
      <w:pPr>
        <w:pBdr>
          <w:top w:val="nil"/>
          <w:left w:val="nil"/>
          <w:bottom w:val="nil"/>
          <w:right w:val="nil"/>
          <w:between w:val="nil"/>
        </w:pBdr>
        <w:spacing w:after="0"/>
        <w:ind w:left="360" w:hanging="360"/>
        <w:jc w:val="center"/>
        <w:rPr>
          <w:rFonts w:ascii="Roboto" w:eastAsia="Roboto" w:hAnsi="Roboto" w:cs="Roboto"/>
          <w:color w:val="000000"/>
        </w:rPr>
      </w:pPr>
    </w:p>
    <w:p w14:paraId="7D3C3A21" w14:textId="77777777" w:rsidR="00F840DA" w:rsidRPr="00F840DA" w:rsidRDefault="00ED55F7">
      <w:pPr>
        <w:numPr>
          <w:ilvl w:val="0"/>
          <w:numId w:val="7"/>
        </w:numPr>
        <w:pBdr>
          <w:top w:val="nil"/>
          <w:left w:val="nil"/>
          <w:bottom w:val="nil"/>
          <w:right w:val="nil"/>
          <w:between w:val="nil"/>
        </w:pBdr>
        <w:spacing w:after="0"/>
        <w:ind w:left="360"/>
        <w:rPr>
          <w:rFonts w:ascii="Roboto" w:eastAsia="Roboto" w:hAnsi="Roboto" w:cs="Roboto"/>
        </w:rPr>
      </w:pPr>
      <w:r w:rsidRPr="00ED55F7">
        <w:rPr>
          <w:rFonts w:ascii="Roboto" w:eastAsia="Roboto" w:hAnsi="Roboto" w:cs="Roboto"/>
          <w:color w:val="000000"/>
          <w:lang w:val="en-US"/>
        </w:rPr>
        <w:lastRenderedPageBreak/>
        <w:t>Then compare the robotic arm to your own arm in 2–3 sentences.</w:t>
      </w:r>
      <w:r w:rsidRPr="00ED55F7">
        <w:rPr>
          <w:rFonts w:ascii="Roboto" w:eastAsia="Roboto" w:hAnsi="Roboto" w:cs="Roboto"/>
          <w:color w:val="000000"/>
          <w:lang w:val="en-US"/>
        </w:rPr>
        <w:br/>
      </w:r>
      <w:r w:rsidRPr="00ED55F7">
        <w:rPr>
          <w:rFonts w:ascii="Roboto" w:eastAsia="Roboto" w:hAnsi="Roboto" w:cs="Roboto"/>
          <w:color w:val="000000"/>
          <w:lang w:val="en-US"/>
        </w:rPr>
        <w:br/>
        <w:t>Evidence:</w:t>
      </w:r>
      <w:r w:rsidRPr="00ED55F7">
        <w:rPr>
          <w:rFonts w:ascii="Roboto" w:eastAsia="Roboto" w:hAnsi="Roboto" w:cs="Roboto"/>
          <w:color w:val="000000"/>
          <w:lang w:val="en-US"/>
        </w:rPr>
        <w:br/>
        <w:t>• completed labeled diagram</w:t>
      </w:r>
      <w:r w:rsidRPr="00ED55F7">
        <w:rPr>
          <w:rFonts w:ascii="Roboto" w:eastAsia="Roboto" w:hAnsi="Roboto" w:cs="Roboto"/>
          <w:color w:val="000000"/>
          <w:lang w:val="en-US"/>
        </w:rPr>
        <w:br/>
        <w:t>• motion arrows</w:t>
      </w:r>
      <w:r w:rsidRPr="00ED55F7">
        <w:rPr>
          <w:rFonts w:ascii="Roboto" w:eastAsia="Roboto" w:hAnsi="Roboto" w:cs="Roboto"/>
          <w:color w:val="000000"/>
          <w:lang w:val="en-US"/>
        </w:rPr>
        <w:br/>
        <w:t>• short comparison</w:t>
      </w:r>
    </w:p>
    <w:p w14:paraId="5CB2F171" w14:textId="3065F3BD" w:rsidR="00ED55F7" w:rsidRPr="00F840DA" w:rsidRDefault="00F840DA" w:rsidP="00F840DA">
      <w:pPr>
        <w:pBdr>
          <w:top w:val="nil"/>
          <w:left w:val="nil"/>
          <w:bottom w:val="nil"/>
          <w:right w:val="nil"/>
          <w:between w:val="nil"/>
        </w:pBdr>
        <w:spacing w:after="0"/>
        <w:rPr>
          <w:rFonts w:ascii="Roboto" w:eastAsia="Roboto" w:hAnsi="Roboto" w:cs="Roboto"/>
        </w:rPr>
      </w:pPr>
      <w:r>
        <w:rPr>
          <w:rFonts w:ascii="Roboto" w:eastAsia="Roboto" w:hAnsi="Roboto" w:cs="Roboto"/>
          <w:noProof/>
        </w:rPr>
        <mc:AlternateContent>
          <mc:Choice Requires="wps">
            <w:drawing>
              <wp:anchor distT="0" distB="0" distL="114300" distR="114300" simplePos="0" relativeHeight="251679744" behindDoc="0" locked="0" layoutInCell="1" allowOverlap="1" wp14:anchorId="52447286" wp14:editId="26EA68DB">
                <wp:simplePos x="0" y="0"/>
                <wp:positionH relativeFrom="margin">
                  <wp:posOffset>0</wp:posOffset>
                </wp:positionH>
                <wp:positionV relativeFrom="paragraph">
                  <wp:posOffset>189865</wp:posOffset>
                </wp:positionV>
                <wp:extent cx="5972175" cy="2209800"/>
                <wp:effectExtent l="0" t="0" r="28575" b="19050"/>
                <wp:wrapTopAndBottom/>
                <wp:docPr id="524849813" name="Rectangle: Rounded Corners 4"/>
                <wp:cNvGraphicFramePr/>
                <a:graphic xmlns:a="http://schemas.openxmlformats.org/drawingml/2006/main">
                  <a:graphicData uri="http://schemas.microsoft.com/office/word/2010/wordprocessingShape">
                    <wps:wsp>
                      <wps:cNvSpPr/>
                      <wps:spPr>
                        <a:xfrm>
                          <a:off x="0" y="0"/>
                          <a:ext cx="5972175" cy="2209800"/>
                        </a:xfrm>
                        <a:prstGeom prst="roundRect">
                          <a:avLst>
                            <a:gd name="adj" fmla="val 1841"/>
                          </a:avLst>
                        </a:prstGeom>
                        <a:solidFill>
                          <a:schemeClr val="bg1">
                            <a:lumMod val="95000"/>
                          </a:schemeClr>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EE29DF3" id="Rectangle: Rounded Corners 4" o:spid="_x0000_s1026" style="position:absolute;margin-left:0;margin-top:14.95pt;width:470.25pt;height:174pt;z-index:2516797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2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" fillcolor="#f2f2f2 [3052]" strokecolor="#0a121c [484]" strokeweight=".5pt">
                <w10:wrap type="topAndBottom" anchorx="margin"/>
              </v:roundrect>
            </w:pict>
          </mc:Fallback>
        </mc:AlternateContent>
      </w:r>
      <w:r w:rsidR="00ED55F7" w:rsidRPr="00F840DA">
        <w:rPr>
          <w:rFonts w:ascii="Roboto" w:eastAsia="Roboto" w:hAnsi="Roboto" w:cs="Roboto"/>
          <w:color w:val="000000"/>
          <w:lang w:val="en-US"/>
        </w:rPr>
        <w:br/>
      </w:r>
      <w:r w:rsidR="00ED55F7" w:rsidRPr="00F840DA">
        <w:rPr>
          <w:rFonts w:ascii="Roboto" w:eastAsia="Roboto" w:hAnsi="Roboto" w:cs="Roboto"/>
          <w:color w:val="000000"/>
          <w:lang w:val="en-US"/>
        </w:rPr>
        <w:br/>
        <w:t>Checkpoint: Before moving on, you should be able to explain which part of the final robot arm will create each required motion.</w:t>
      </w:r>
    </w:p>
    <w:p w14:paraId="6F891F71" w14:textId="77777777" w:rsidR="00ED55F7" w:rsidRDefault="00ED55F7" w:rsidP="00EB30A5">
      <w:pPr>
        <w:pBdr>
          <w:top w:val="nil"/>
          <w:left w:val="nil"/>
          <w:bottom w:val="nil"/>
          <w:right w:val="nil"/>
          <w:between w:val="nil"/>
        </w:pBdr>
        <w:spacing w:after="0"/>
        <w:ind w:left="360"/>
        <w:rPr>
          <w:rFonts w:ascii="Roboto" w:eastAsia="Roboto" w:hAnsi="Roboto" w:cs="Roboto"/>
        </w:rPr>
      </w:pPr>
    </w:p>
    <w:p w14:paraId="1B7FC5F3" w14:textId="77777777" w:rsidR="00EB30A5" w:rsidRDefault="00EB30A5" w:rsidP="00EB30A5">
      <w:pPr>
        <w:pBdr>
          <w:top w:val="nil"/>
          <w:left w:val="nil"/>
          <w:bottom w:val="nil"/>
          <w:right w:val="nil"/>
          <w:between w:val="nil"/>
        </w:pBdr>
        <w:spacing w:after="0"/>
        <w:ind w:left="360"/>
        <w:rPr>
          <w:rFonts w:ascii="Roboto" w:eastAsia="Roboto" w:hAnsi="Roboto" w:cs="Roboto"/>
        </w:rPr>
      </w:pPr>
    </w:p>
    <w:p w14:paraId="30594E06" w14:textId="77777777" w:rsidR="00EB30A5" w:rsidRDefault="00EB30A5" w:rsidP="00EB30A5">
      <w:pPr>
        <w:pBdr>
          <w:top w:val="nil"/>
          <w:left w:val="nil"/>
          <w:bottom w:val="nil"/>
          <w:right w:val="nil"/>
          <w:between w:val="nil"/>
        </w:pBdr>
        <w:spacing w:after="0"/>
        <w:ind w:left="360"/>
        <w:rPr>
          <w:rFonts w:ascii="Roboto" w:eastAsia="Roboto" w:hAnsi="Roboto" w:cs="Roboto"/>
        </w:rPr>
      </w:pPr>
    </w:p>
    <w:p w14:paraId="3D9744A7" w14:textId="77777777" w:rsidR="00F840DA" w:rsidRDefault="00F840DA" w:rsidP="00EB30A5">
      <w:pPr>
        <w:pBdr>
          <w:top w:val="nil"/>
          <w:left w:val="nil"/>
          <w:bottom w:val="nil"/>
          <w:right w:val="nil"/>
          <w:between w:val="nil"/>
        </w:pBdr>
        <w:spacing w:after="0"/>
        <w:ind w:left="360"/>
        <w:rPr>
          <w:rFonts w:ascii="Roboto" w:eastAsia="Roboto" w:hAnsi="Roboto" w:cs="Roboto"/>
        </w:rPr>
      </w:pPr>
    </w:p>
    <w:p w14:paraId="5D1AE563" w14:textId="77777777" w:rsidR="00F840DA" w:rsidRDefault="00F840DA" w:rsidP="00EB30A5">
      <w:pPr>
        <w:pBdr>
          <w:top w:val="nil"/>
          <w:left w:val="nil"/>
          <w:bottom w:val="nil"/>
          <w:right w:val="nil"/>
          <w:between w:val="nil"/>
        </w:pBdr>
        <w:spacing w:after="0"/>
        <w:ind w:left="360"/>
        <w:rPr>
          <w:rFonts w:ascii="Roboto" w:eastAsia="Roboto" w:hAnsi="Roboto" w:cs="Roboto"/>
        </w:rPr>
      </w:pPr>
    </w:p>
    <w:p w14:paraId="62DB740E" w14:textId="77777777" w:rsidR="00F840DA" w:rsidRDefault="00F840DA" w:rsidP="00EB30A5">
      <w:pPr>
        <w:pBdr>
          <w:top w:val="nil"/>
          <w:left w:val="nil"/>
          <w:bottom w:val="nil"/>
          <w:right w:val="nil"/>
          <w:between w:val="nil"/>
        </w:pBdr>
        <w:spacing w:after="0"/>
        <w:ind w:left="360"/>
        <w:rPr>
          <w:rFonts w:ascii="Roboto" w:eastAsia="Roboto" w:hAnsi="Roboto" w:cs="Roboto"/>
        </w:rPr>
      </w:pPr>
    </w:p>
    <w:p w14:paraId="588D3BF9" w14:textId="77777777" w:rsidR="00F840DA" w:rsidRDefault="00F840DA" w:rsidP="00EB30A5">
      <w:pPr>
        <w:pBdr>
          <w:top w:val="nil"/>
          <w:left w:val="nil"/>
          <w:bottom w:val="nil"/>
          <w:right w:val="nil"/>
          <w:between w:val="nil"/>
        </w:pBdr>
        <w:spacing w:after="0"/>
        <w:ind w:left="360"/>
        <w:rPr>
          <w:rFonts w:ascii="Roboto" w:eastAsia="Roboto" w:hAnsi="Roboto" w:cs="Roboto"/>
        </w:rPr>
      </w:pPr>
    </w:p>
    <w:p w14:paraId="40477B8A" w14:textId="77777777" w:rsidR="00F840DA" w:rsidRDefault="00F840DA" w:rsidP="00EB30A5">
      <w:pPr>
        <w:pBdr>
          <w:top w:val="nil"/>
          <w:left w:val="nil"/>
          <w:bottom w:val="nil"/>
          <w:right w:val="nil"/>
          <w:between w:val="nil"/>
        </w:pBdr>
        <w:spacing w:after="0"/>
        <w:ind w:left="360"/>
        <w:rPr>
          <w:rFonts w:ascii="Roboto" w:eastAsia="Roboto" w:hAnsi="Roboto" w:cs="Roboto"/>
        </w:rPr>
      </w:pPr>
    </w:p>
    <w:p w14:paraId="71DD5132" w14:textId="77777777" w:rsidR="00F840DA" w:rsidRDefault="00F840DA" w:rsidP="00EB30A5">
      <w:pPr>
        <w:pBdr>
          <w:top w:val="nil"/>
          <w:left w:val="nil"/>
          <w:bottom w:val="nil"/>
          <w:right w:val="nil"/>
          <w:between w:val="nil"/>
        </w:pBdr>
        <w:spacing w:after="0"/>
        <w:ind w:left="360"/>
        <w:rPr>
          <w:rFonts w:ascii="Roboto" w:eastAsia="Roboto" w:hAnsi="Roboto" w:cs="Roboto"/>
        </w:rPr>
      </w:pPr>
    </w:p>
    <w:p w14:paraId="37C97BC6" w14:textId="77777777" w:rsidR="00F840DA" w:rsidRDefault="00F840DA" w:rsidP="00EB30A5">
      <w:pPr>
        <w:pBdr>
          <w:top w:val="nil"/>
          <w:left w:val="nil"/>
          <w:bottom w:val="nil"/>
          <w:right w:val="nil"/>
          <w:between w:val="nil"/>
        </w:pBdr>
        <w:spacing w:after="0"/>
        <w:ind w:left="360"/>
        <w:rPr>
          <w:rFonts w:ascii="Roboto" w:eastAsia="Roboto" w:hAnsi="Roboto" w:cs="Roboto"/>
        </w:rPr>
      </w:pPr>
    </w:p>
    <w:p w14:paraId="1AF69FC4" w14:textId="77777777" w:rsidR="00F840DA" w:rsidRDefault="00F840DA" w:rsidP="00EB30A5">
      <w:pPr>
        <w:pBdr>
          <w:top w:val="nil"/>
          <w:left w:val="nil"/>
          <w:bottom w:val="nil"/>
          <w:right w:val="nil"/>
          <w:between w:val="nil"/>
        </w:pBdr>
        <w:spacing w:after="0"/>
        <w:ind w:left="360"/>
        <w:rPr>
          <w:rFonts w:ascii="Roboto" w:eastAsia="Roboto" w:hAnsi="Roboto" w:cs="Roboto"/>
        </w:rPr>
      </w:pPr>
    </w:p>
    <w:p w14:paraId="1C6E345A" w14:textId="77777777" w:rsidR="00F840DA" w:rsidRDefault="00F840DA" w:rsidP="00EB30A5">
      <w:pPr>
        <w:pBdr>
          <w:top w:val="nil"/>
          <w:left w:val="nil"/>
          <w:bottom w:val="nil"/>
          <w:right w:val="nil"/>
          <w:between w:val="nil"/>
        </w:pBdr>
        <w:spacing w:after="0"/>
        <w:ind w:left="360"/>
        <w:rPr>
          <w:rFonts w:ascii="Roboto" w:eastAsia="Roboto" w:hAnsi="Roboto" w:cs="Roboto"/>
        </w:rPr>
      </w:pPr>
    </w:p>
    <w:p w14:paraId="76FFA4B0" w14:textId="77777777" w:rsidR="00F840DA" w:rsidRPr="002573A8" w:rsidRDefault="00F840DA" w:rsidP="00EB30A5">
      <w:pPr>
        <w:pBdr>
          <w:top w:val="nil"/>
          <w:left w:val="nil"/>
          <w:bottom w:val="nil"/>
          <w:right w:val="nil"/>
          <w:between w:val="nil"/>
        </w:pBdr>
        <w:spacing w:after="0"/>
        <w:ind w:left="360"/>
        <w:rPr>
          <w:rFonts w:ascii="Roboto" w:eastAsia="Roboto" w:hAnsi="Roboto" w:cs="Roboto"/>
        </w:rPr>
      </w:pPr>
    </w:p>
    <w:p w14:paraId="0F57DD1D" w14:textId="77777777" w:rsidR="009C04A2" w:rsidRDefault="009C04A2">
      <w:pPr>
        <w:pBdr>
          <w:top w:val="nil"/>
          <w:left w:val="nil"/>
          <w:bottom w:val="nil"/>
          <w:right w:val="nil"/>
          <w:between w:val="nil"/>
        </w:pBdr>
        <w:ind w:left="4500" w:hanging="360"/>
        <w:rPr>
          <w:rFonts w:ascii="Roboto" w:eastAsia="Roboto" w:hAnsi="Roboto" w:cs="Roboto"/>
          <w:color w:val="000000"/>
        </w:rPr>
      </w:pPr>
    </w:p>
    <w:p w14:paraId="38CA5EC1" w14:textId="77777777" w:rsidR="009C04A2" w:rsidRDefault="003E060F">
      <w:pPr>
        <w:pStyle w:val="Heading2"/>
      </w:pPr>
      <w:r>
        <w:lastRenderedPageBreak/>
        <w:t>KSB 2: What Makes a Great Gripper?</w:t>
      </w:r>
    </w:p>
    <w:p w14:paraId="46A1D4F3" w14:textId="77777777" w:rsidR="009C04A2" w:rsidRDefault="003E060F">
      <w:pPr>
        <w:rPr>
          <w:rFonts w:ascii="Roboto" w:eastAsia="Roboto" w:hAnsi="Roboto" w:cs="Roboto"/>
        </w:rPr>
      </w:pPr>
      <w:r>
        <w:rPr>
          <w:rFonts w:ascii="Roboto" w:eastAsia="Roboto" w:hAnsi="Roboto" w:cs="Roboto"/>
        </w:rPr>
        <w:t>There are many types of grippers. Some pinch like tongs, some scoop like a shovel, some use suction, and others flex like soft fingers.</w:t>
      </w:r>
      <w:r>
        <w:rPr>
          <w:noProof/>
        </w:rPr>
        <w:drawing>
          <wp:anchor distT="0" distB="0" distL="114300" distR="114300" simplePos="0" relativeHeight="251661312" behindDoc="0" locked="0" layoutInCell="1" hidden="0" allowOverlap="1" wp14:anchorId="5003F4A4" wp14:editId="42CD286C">
            <wp:simplePos x="0" y="0"/>
            <wp:positionH relativeFrom="column">
              <wp:posOffset>-266699</wp:posOffset>
            </wp:positionH>
            <wp:positionV relativeFrom="paragraph">
              <wp:posOffset>28575</wp:posOffset>
            </wp:positionV>
            <wp:extent cx="1371600" cy="1069848"/>
            <wp:effectExtent l="0" t="0" r="0" b="0"/>
            <wp:wrapSquare wrapText="bothSides" distT="0" distB="0" distL="114300" distR="114300"/>
            <wp:docPr id="2108318372" name="image9.png" descr="A diagram of a proces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9.png" descr="A diagram of a process&#10;&#10;AI-generated content may be incorrect."/>
                    <pic:cNvPicPr preferRelativeResize="0"/>
                  </pic:nvPicPr>
                  <pic:blipFill>
                    <a:blip r:embed="rId8"/>
                    <a:srcRect/>
                    <a:stretch>
                      <a:fillRect/>
                    </a:stretch>
                  </pic:blipFill>
                  <pic:spPr>
                    <a:xfrm>
                      <a:off x="0" y="0"/>
                      <a:ext cx="1371600" cy="1069848"/>
                    </a:xfrm>
                    <a:prstGeom prst="rect">
                      <a:avLst/>
                    </a:prstGeom>
                    <a:ln/>
                  </pic:spPr>
                </pic:pic>
              </a:graphicData>
            </a:graphic>
          </wp:anchor>
        </w:drawing>
      </w:r>
    </w:p>
    <w:p w14:paraId="49734904" w14:textId="77777777" w:rsidR="009C04A2" w:rsidRDefault="003E060F">
      <w:pPr>
        <w:rPr>
          <w:rFonts w:ascii="Roboto" w:eastAsia="Roboto" w:hAnsi="Roboto" w:cs="Roboto"/>
        </w:rPr>
      </w:pPr>
      <w:r>
        <w:rPr>
          <w:noProof/>
        </w:rPr>
        <w:drawing>
          <wp:anchor distT="0" distB="0" distL="114300" distR="114300" simplePos="0" relativeHeight="251662336" behindDoc="0" locked="0" layoutInCell="1" hidden="0" allowOverlap="1" wp14:anchorId="53947FD7" wp14:editId="02F93553">
            <wp:simplePos x="0" y="0"/>
            <wp:positionH relativeFrom="column">
              <wp:posOffset>2</wp:posOffset>
            </wp:positionH>
            <wp:positionV relativeFrom="paragraph">
              <wp:posOffset>323215</wp:posOffset>
            </wp:positionV>
            <wp:extent cx="5106113" cy="3057952"/>
            <wp:effectExtent l="0" t="0" r="0" b="0"/>
            <wp:wrapSquare wrapText="bothSides" distT="0" distB="0" distL="114300" distR="114300"/>
            <wp:docPr id="2108318371" name="image7.png" descr="A group of different types of gripper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7.png" descr="A group of different types of grippers&#10;&#10;AI-generated content may be incorrect."/>
                    <pic:cNvPicPr preferRelativeResize="0"/>
                  </pic:nvPicPr>
                  <pic:blipFill>
                    <a:blip r:embed="rId11"/>
                    <a:srcRect/>
                    <a:stretch>
                      <a:fillRect/>
                    </a:stretch>
                  </pic:blipFill>
                  <pic:spPr>
                    <a:xfrm>
                      <a:off x="0" y="0"/>
                      <a:ext cx="5106113" cy="3057952"/>
                    </a:xfrm>
                    <a:prstGeom prst="rect">
                      <a:avLst/>
                    </a:prstGeom>
                    <a:ln/>
                  </pic:spPr>
                </pic:pic>
              </a:graphicData>
            </a:graphic>
          </wp:anchor>
        </w:drawing>
      </w:r>
    </w:p>
    <w:p w14:paraId="66C4F704" w14:textId="77777777" w:rsidR="009C04A2" w:rsidRDefault="003E060F">
      <w:pPr>
        <w:rPr>
          <w:rFonts w:ascii="Roboto" w:eastAsia="Roboto" w:hAnsi="Roboto" w:cs="Roboto"/>
        </w:rPr>
      </w:pPr>
      <w:r>
        <w:rPr>
          <w:rFonts w:ascii="Roboto" w:eastAsia="Roboto" w:hAnsi="Roboto" w:cs="Roboto"/>
        </w:rPr>
        <w:t>Tasks:</w:t>
      </w:r>
    </w:p>
    <w:p w14:paraId="4C1D18A2" w14:textId="77777777" w:rsidR="00ED55F7" w:rsidRPr="00F840DA" w:rsidRDefault="00ED55F7">
      <w:pPr>
        <w:numPr>
          <w:ilvl w:val="0"/>
          <w:numId w:val="8"/>
        </w:numPr>
        <w:pBdr>
          <w:top w:val="nil"/>
          <w:left w:val="nil"/>
          <w:bottom w:val="nil"/>
          <w:right w:val="nil"/>
          <w:between w:val="nil"/>
        </w:pBdr>
        <w:spacing w:after="0"/>
        <w:rPr>
          <w:rFonts w:ascii="Roboto" w:eastAsia="Roboto" w:hAnsi="Roboto" w:cs="Roboto"/>
        </w:rPr>
      </w:pPr>
      <w:r w:rsidRPr="00ED55F7">
        <w:rPr>
          <w:rFonts w:ascii="Roboto" w:eastAsia="Roboto" w:hAnsi="Roboto" w:cs="Roboto"/>
          <w:color w:val="000000"/>
          <w:lang w:val="en-US"/>
        </w:rPr>
        <w:t>Create and test at least two different gripper designs.</w:t>
      </w:r>
      <w:r w:rsidRPr="00ED55F7">
        <w:rPr>
          <w:rFonts w:ascii="Roboto" w:eastAsia="Roboto" w:hAnsi="Roboto" w:cs="Roboto"/>
          <w:color w:val="000000"/>
          <w:lang w:val="en-US"/>
        </w:rPr>
        <w:br/>
      </w:r>
      <w:r w:rsidRPr="00ED55F7">
        <w:rPr>
          <w:rFonts w:ascii="Roboto" w:eastAsia="Roboto" w:hAnsi="Roboto" w:cs="Roboto"/>
          <w:color w:val="000000"/>
          <w:lang w:val="en-US"/>
        </w:rPr>
        <w:br/>
        <w:t>Test each design with at least three objects that vary in size, shape, or texture.</w:t>
      </w:r>
      <w:r w:rsidRPr="00ED55F7">
        <w:rPr>
          <w:rFonts w:ascii="Roboto" w:eastAsia="Roboto" w:hAnsi="Roboto" w:cs="Roboto"/>
          <w:color w:val="000000"/>
          <w:lang w:val="en-US"/>
        </w:rPr>
        <w:br/>
      </w:r>
      <w:r w:rsidRPr="00ED55F7">
        <w:rPr>
          <w:rFonts w:ascii="Roboto" w:eastAsia="Roboto" w:hAnsi="Roboto" w:cs="Roboto"/>
          <w:color w:val="000000"/>
          <w:lang w:val="en-US"/>
        </w:rPr>
        <w:br/>
        <w:t>Record:</w:t>
      </w:r>
      <w:r w:rsidRPr="00ED55F7">
        <w:rPr>
          <w:rFonts w:ascii="Roboto" w:eastAsia="Roboto" w:hAnsi="Roboto" w:cs="Roboto"/>
          <w:color w:val="000000"/>
          <w:lang w:val="en-US"/>
        </w:rPr>
        <w:br/>
        <w:t>• whether the gripper picked up each object</w:t>
      </w:r>
      <w:r w:rsidRPr="00ED55F7">
        <w:rPr>
          <w:rFonts w:ascii="Roboto" w:eastAsia="Roboto" w:hAnsi="Roboto" w:cs="Roboto"/>
          <w:color w:val="000000"/>
          <w:lang w:val="en-US"/>
        </w:rPr>
        <w:br/>
        <w:t>• whether the object stayed secure</w:t>
      </w:r>
      <w:r w:rsidRPr="00ED55F7">
        <w:rPr>
          <w:rFonts w:ascii="Roboto" w:eastAsia="Roboto" w:hAnsi="Roboto" w:cs="Roboto"/>
          <w:color w:val="000000"/>
          <w:lang w:val="en-US"/>
        </w:rPr>
        <w:br/>
        <w:t>• how easy the object was to release</w:t>
      </w:r>
      <w:r w:rsidRPr="00ED55F7">
        <w:rPr>
          <w:rFonts w:ascii="Roboto" w:eastAsia="Roboto" w:hAnsi="Roboto" w:cs="Roboto"/>
          <w:color w:val="000000"/>
          <w:lang w:val="en-US"/>
        </w:rPr>
        <w:br/>
        <w:t>• what failed or slipped</w:t>
      </w:r>
      <w:r w:rsidRPr="00ED55F7">
        <w:rPr>
          <w:rFonts w:ascii="Roboto" w:eastAsia="Roboto" w:hAnsi="Roboto" w:cs="Roboto"/>
          <w:color w:val="000000"/>
          <w:lang w:val="en-US"/>
        </w:rPr>
        <w:br/>
      </w:r>
      <w:r w:rsidRPr="00ED55F7">
        <w:rPr>
          <w:rFonts w:ascii="Roboto" w:eastAsia="Roboto" w:hAnsi="Roboto" w:cs="Roboto"/>
          <w:color w:val="000000"/>
          <w:lang w:val="en-US"/>
        </w:rPr>
        <w:br/>
        <w:t>Evidence:</w:t>
      </w:r>
      <w:r w:rsidRPr="00ED55F7">
        <w:rPr>
          <w:rFonts w:ascii="Roboto" w:eastAsia="Roboto" w:hAnsi="Roboto" w:cs="Roboto"/>
          <w:color w:val="000000"/>
          <w:lang w:val="en-US"/>
        </w:rPr>
        <w:br/>
        <w:t>• two gripper designs</w:t>
      </w:r>
      <w:r w:rsidRPr="00ED55F7">
        <w:rPr>
          <w:rFonts w:ascii="Roboto" w:eastAsia="Roboto" w:hAnsi="Roboto" w:cs="Roboto"/>
          <w:color w:val="000000"/>
          <w:lang w:val="en-US"/>
        </w:rPr>
        <w:br/>
        <w:t>• simple test results for at least three objects</w:t>
      </w:r>
      <w:r w:rsidRPr="00ED55F7">
        <w:rPr>
          <w:rFonts w:ascii="Roboto" w:eastAsia="Roboto" w:hAnsi="Roboto" w:cs="Roboto"/>
          <w:color w:val="000000"/>
          <w:lang w:val="en-US"/>
        </w:rPr>
        <w:br/>
        <w:t>• required labeled sketch of the best design</w:t>
      </w:r>
      <w:r w:rsidRPr="00ED55F7">
        <w:rPr>
          <w:rFonts w:ascii="Roboto" w:eastAsia="Roboto" w:hAnsi="Roboto" w:cs="Roboto"/>
          <w:color w:val="000000"/>
          <w:lang w:val="en-US"/>
        </w:rPr>
        <w:br/>
        <w:t>• short explanation of why that design is the strongest choice for the final arm</w:t>
      </w:r>
      <w:r w:rsidRPr="00ED55F7">
        <w:rPr>
          <w:rFonts w:ascii="Roboto" w:eastAsia="Roboto" w:hAnsi="Roboto" w:cs="Roboto"/>
          <w:color w:val="000000"/>
          <w:lang w:val="en-US"/>
        </w:rPr>
        <w:br/>
      </w:r>
      <w:r w:rsidRPr="00ED55F7">
        <w:rPr>
          <w:rFonts w:ascii="Roboto" w:eastAsia="Roboto" w:hAnsi="Roboto" w:cs="Roboto"/>
          <w:color w:val="000000"/>
          <w:lang w:val="en-US"/>
        </w:rPr>
        <w:br/>
        <w:t>The final gripper may combine the strongest features of both prototypes.</w:t>
      </w:r>
    </w:p>
    <w:p w14:paraId="56BF6295" w14:textId="77777777" w:rsidR="00F840DA" w:rsidRDefault="00F840DA" w:rsidP="00F840DA">
      <w:pPr>
        <w:pBdr>
          <w:top w:val="nil"/>
          <w:left w:val="nil"/>
          <w:bottom w:val="nil"/>
          <w:right w:val="nil"/>
          <w:between w:val="nil"/>
        </w:pBdr>
        <w:spacing w:after="0"/>
        <w:rPr>
          <w:rFonts w:ascii="Roboto" w:eastAsia="Roboto" w:hAnsi="Roboto" w:cs="Roboto"/>
          <w:color w:val="000000"/>
          <w:lang w:val="en-US"/>
        </w:rPr>
      </w:pPr>
    </w:p>
    <w:p w14:paraId="38CEBE07" w14:textId="3BAC9845" w:rsidR="00F840DA" w:rsidRPr="002573A8" w:rsidRDefault="00F840DA" w:rsidP="00F840DA">
      <w:pPr>
        <w:pBdr>
          <w:top w:val="nil"/>
          <w:left w:val="nil"/>
          <w:bottom w:val="nil"/>
          <w:right w:val="nil"/>
          <w:between w:val="nil"/>
        </w:pBdr>
        <w:spacing w:after="0"/>
        <w:rPr>
          <w:rFonts w:ascii="Roboto" w:eastAsia="Roboto" w:hAnsi="Roboto" w:cs="Roboto"/>
        </w:rPr>
      </w:pPr>
      <w:r>
        <w:rPr>
          <w:rFonts w:ascii="Roboto" w:eastAsia="Roboto" w:hAnsi="Roboto" w:cs="Roboto"/>
          <w:noProof/>
        </w:rPr>
        <w:lastRenderedPageBreak/>
        <mc:AlternateContent>
          <mc:Choice Requires="wps">
            <w:drawing>
              <wp:anchor distT="0" distB="0" distL="114300" distR="114300" simplePos="0" relativeHeight="251683840" behindDoc="0" locked="0" layoutInCell="1" allowOverlap="1" wp14:anchorId="675A5A98" wp14:editId="097799C7">
                <wp:simplePos x="0" y="0"/>
                <wp:positionH relativeFrom="margin">
                  <wp:posOffset>19050</wp:posOffset>
                </wp:positionH>
                <wp:positionV relativeFrom="paragraph">
                  <wp:posOffset>2371725</wp:posOffset>
                </wp:positionV>
                <wp:extent cx="5972175" cy="2209800"/>
                <wp:effectExtent l="0" t="0" r="28575" b="19050"/>
                <wp:wrapTopAndBottom/>
                <wp:docPr id="1806607008" name="Rectangle: Rounded Corners 4"/>
                <wp:cNvGraphicFramePr/>
                <a:graphic xmlns:a="http://schemas.openxmlformats.org/drawingml/2006/main">
                  <a:graphicData uri="http://schemas.microsoft.com/office/word/2010/wordprocessingShape">
                    <wps:wsp>
                      <wps:cNvSpPr/>
                      <wps:spPr>
                        <a:xfrm>
                          <a:off x="0" y="0"/>
                          <a:ext cx="5972175" cy="2209800"/>
                        </a:xfrm>
                        <a:prstGeom prst="roundRect">
                          <a:avLst>
                            <a:gd name="adj" fmla="val 1841"/>
                          </a:avLst>
                        </a:prstGeom>
                        <a:solidFill>
                          <a:schemeClr val="bg1">
                            <a:lumMod val="95000"/>
                          </a:schemeClr>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C52E20F" id="Rectangle: Rounded Corners 4" o:spid="_x0000_s1026" style="position:absolute;margin-left:1.5pt;margin-top:186.75pt;width:470.25pt;height:174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2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" fillcolor="#f2f2f2 [3052]" strokecolor="#0a121c [484]" strokeweight=".5pt">
                <w10:wrap type="topAndBottom" anchorx="margin"/>
              </v:roundrect>
            </w:pict>
          </mc:Fallback>
        </mc:AlternateContent>
      </w:r>
      <w:r>
        <w:rPr>
          <w:rFonts w:ascii="Roboto" w:eastAsia="Roboto" w:hAnsi="Roboto" w:cs="Roboto"/>
          <w:noProof/>
        </w:rPr>
        <mc:AlternateContent>
          <mc:Choice Requires="wps">
            <w:drawing>
              <wp:anchor distT="0" distB="0" distL="114300" distR="114300" simplePos="0" relativeHeight="251681792" behindDoc="0" locked="0" layoutInCell="1" allowOverlap="1" wp14:anchorId="7EC29350" wp14:editId="658508B9">
                <wp:simplePos x="0" y="0"/>
                <wp:positionH relativeFrom="margin">
                  <wp:align>left</wp:align>
                </wp:positionH>
                <wp:positionV relativeFrom="paragraph">
                  <wp:posOffset>0</wp:posOffset>
                </wp:positionV>
                <wp:extent cx="5972175" cy="2209800"/>
                <wp:effectExtent l="0" t="0" r="28575" b="19050"/>
                <wp:wrapTopAndBottom/>
                <wp:docPr id="897356318" name="Rectangle: Rounded Corners 4"/>
                <wp:cNvGraphicFramePr/>
                <a:graphic xmlns:a="http://schemas.openxmlformats.org/drawingml/2006/main">
                  <a:graphicData uri="http://schemas.microsoft.com/office/word/2010/wordprocessingShape">
                    <wps:wsp>
                      <wps:cNvSpPr/>
                      <wps:spPr>
                        <a:xfrm>
                          <a:off x="0" y="0"/>
                          <a:ext cx="5972175" cy="2209800"/>
                        </a:xfrm>
                        <a:prstGeom prst="roundRect">
                          <a:avLst>
                            <a:gd name="adj" fmla="val 1841"/>
                          </a:avLst>
                        </a:prstGeom>
                        <a:solidFill>
                          <a:schemeClr val="bg1">
                            <a:lumMod val="95000"/>
                          </a:schemeClr>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00B0063" id="Rectangle: Rounded Corners 4" o:spid="_x0000_s1026" style="position:absolute;margin-left:0;margin-top:0;width:470.25pt;height:174pt;z-index:25168179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2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" fillcolor="#f2f2f2 [3052]" strokecolor="#0a121c [484]" strokeweight=".5pt">
                <w10:wrap type="topAndBottom" anchorx="margin"/>
              </v:roundrect>
            </w:pict>
          </mc:Fallback>
        </mc:AlternateContent>
      </w:r>
    </w:p>
    <w:p w14:paraId="3D2D34DE" w14:textId="2CE368A8" w:rsidR="009C04A2" w:rsidRDefault="009C04A2">
      <w:pPr>
        <w:rPr>
          <w:rFonts w:ascii="Roboto" w:eastAsia="Roboto" w:hAnsi="Roboto" w:cs="Roboto"/>
        </w:rPr>
      </w:pPr>
    </w:p>
    <w:p w14:paraId="29485F7C" w14:textId="77777777" w:rsidR="00F840DA" w:rsidRDefault="00F840DA">
      <w:pPr>
        <w:rPr>
          <w:rFonts w:ascii="Roboto" w:eastAsia="Roboto" w:hAnsi="Roboto" w:cs="Roboto"/>
        </w:rPr>
      </w:pPr>
    </w:p>
    <w:p w14:paraId="36EA5E41" w14:textId="77777777" w:rsidR="00F840DA" w:rsidRDefault="00F840DA">
      <w:pPr>
        <w:rPr>
          <w:rFonts w:ascii="Roboto" w:eastAsia="Roboto" w:hAnsi="Roboto" w:cs="Roboto"/>
        </w:rPr>
      </w:pPr>
    </w:p>
    <w:p w14:paraId="1312E93B" w14:textId="77777777" w:rsidR="00F840DA" w:rsidRDefault="00F840DA">
      <w:pPr>
        <w:rPr>
          <w:rFonts w:ascii="Roboto" w:eastAsia="Roboto" w:hAnsi="Roboto" w:cs="Roboto"/>
        </w:rPr>
      </w:pPr>
    </w:p>
    <w:p w14:paraId="6D177B66" w14:textId="77777777" w:rsidR="00F840DA" w:rsidRDefault="00F840DA">
      <w:pPr>
        <w:rPr>
          <w:rFonts w:ascii="Roboto" w:eastAsia="Roboto" w:hAnsi="Roboto" w:cs="Roboto"/>
        </w:rPr>
      </w:pPr>
    </w:p>
    <w:p w14:paraId="66417273" w14:textId="77777777" w:rsidR="00F840DA" w:rsidRDefault="00F840DA">
      <w:pPr>
        <w:rPr>
          <w:rFonts w:ascii="Roboto" w:eastAsia="Roboto" w:hAnsi="Roboto" w:cs="Roboto"/>
        </w:rPr>
      </w:pPr>
    </w:p>
    <w:p w14:paraId="20A0BFEB" w14:textId="77777777" w:rsidR="00F840DA" w:rsidRDefault="00F840DA">
      <w:pPr>
        <w:rPr>
          <w:rFonts w:ascii="Roboto" w:eastAsia="Roboto" w:hAnsi="Roboto" w:cs="Roboto"/>
        </w:rPr>
      </w:pPr>
    </w:p>
    <w:p w14:paraId="2DFF2987" w14:textId="2349FBD3" w:rsidR="009C04A2" w:rsidRDefault="003E060F">
      <w:pPr>
        <w:pStyle w:val="Heading2"/>
      </w:pPr>
      <w:r>
        <w:lastRenderedPageBreak/>
        <w:t>KSB 3: Positional Servo Basics</w:t>
      </w:r>
      <w:r>
        <w:rPr>
          <w:noProof/>
        </w:rPr>
        <w:drawing>
          <wp:anchor distT="0" distB="0" distL="114300" distR="114300" simplePos="0" relativeHeight="251663360" behindDoc="0" locked="0" layoutInCell="1" hidden="0" allowOverlap="1" wp14:anchorId="2D7F58F1" wp14:editId="0983DA57">
            <wp:simplePos x="0" y="0"/>
            <wp:positionH relativeFrom="column">
              <wp:posOffset>-276223</wp:posOffset>
            </wp:positionH>
            <wp:positionV relativeFrom="paragraph">
              <wp:posOffset>247650</wp:posOffset>
            </wp:positionV>
            <wp:extent cx="1371600" cy="1069848"/>
            <wp:effectExtent l="0" t="0" r="0" b="0"/>
            <wp:wrapSquare wrapText="bothSides" distT="0" distB="0" distL="114300" distR="114300"/>
            <wp:docPr id="2108318374" name="image9.png" descr="A diagram of a proces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9.png" descr="A diagram of a process&#10;&#10;AI-generated content may be incorrect."/>
                    <pic:cNvPicPr preferRelativeResize="0"/>
                  </pic:nvPicPr>
                  <pic:blipFill>
                    <a:blip r:embed="rId8"/>
                    <a:srcRect/>
                    <a:stretch>
                      <a:fillRect/>
                    </a:stretch>
                  </pic:blipFill>
                  <pic:spPr>
                    <a:xfrm>
                      <a:off x="0" y="0"/>
                      <a:ext cx="1371600" cy="1069848"/>
                    </a:xfrm>
                    <a:prstGeom prst="rect">
                      <a:avLst/>
                    </a:prstGeom>
                    <a:ln/>
                  </pic:spPr>
                </pic:pic>
              </a:graphicData>
            </a:graphic>
          </wp:anchor>
        </w:drawing>
      </w:r>
    </w:p>
    <w:p w14:paraId="30E8F277" w14:textId="3CBAA763" w:rsidR="009C04A2" w:rsidRDefault="003E060F">
      <w:pPr>
        <w:rPr>
          <w:rFonts w:ascii="Roboto" w:eastAsia="Roboto" w:hAnsi="Roboto" w:cs="Roboto"/>
        </w:rPr>
      </w:pPr>
      <w:r>
        <w:rPr>
          <w:rFonts w:ascii="Roboto" w:eastAsia="Roboto" w:hAnsi="Roboto" w:cs="Roboto"/>
        </w:rPr>
        <w:t>Learn how a positional servo rotates to specific angles and how it’s used to control precise motion like bending joints or opening a gripper in your robotic arm.</w:t>
      </w:r>
    </w:p>
    <w:p w14:paraId="73AA9193" w14:textId="2F3577DB" w:rsidR="009C04A2" w:rsidRDefault="003E060F">
      <w:pPr>
        <w:rPr>
          <w:rFonts w:ascii="Roboto" w:eastAsia="Roboto" w:hAnsi="Roboto" w:cs="Roboto"/>
        </w:rPr>
      </w:pPr>
      <w:r>
        <w:rPr>
          <w:rFonts w:ascii="Roboto" w:eastAsia="Roboto" w:hAnsi="Roboto" w:cs="Roboto"/>
        </w:rPr>
        <w:t>Positional servo motors turn to specific angles (0°, 90°, 180°). That’s how we make the robot arm move!</w:t>
      </w:r>
    </w:p>
    <w:p w14:paraId="719FA624" w14:textId="5694F5D5" w:rsidR="009C04A2" w:rsidRDefault="003E060F">
      <w:pPr>
        <w:rPr>
          <w:rFonts w:ascii="Roboto" w:eastAsia="Roboto" w:hAnsi="Roboto" w:cs="Roboto"/>
        </w:rPr>
      </w:pPr>
      <w:hyperlink r:id="rId12">
        <w:r>
          <w:rPr>
            <w:rFonts w:ascii="Roboto" w:eastAsia="Roboto" w:hAnsi="Roboto" w:cs="Roboto"/>
            <w:color w:val="0000FF"/>
            <w:u w:val="single"/>
          </w:rPr>
          <w:t xml:space="preserve">Hummingbird Bit - Snap - Program Positional Servo  </w:t>
        </w:r>
      </w:hyperlink>
      <w:r>
        <w:rPr>
          <w:rFonts w:ascii="Roboto" w:eastAsia="Roboto" w:hAnsi="Roboto" w:cs="Roboto"/>
        </w:rPr>
        <w:t>https://learn.birdbraintechnologies.com/hummingbirdbit/snap/program/9-1</w:t>
      </w:r>
    </w:p>
    <w:p w14:paraId="14B5A918" w14:textId="77777777" w:rsidR="009C04A2" w:rsidRDefault="003E060F">
      <w:pPr>
        <w:rPr>
          <w:rFonts w:ascii="Roboto" w:eastAsia="Roboto" w:hAnsi="Roboto" w:cs="Roboto"/>
        </w:rPr>
      </w:pPr>
      <w:r>
        <w:rPr>
          <w:rFonts w:ascii="Roboto" w:eastAsia="Roboto" w:hAnsi="Roboto" w:cs="Roboto"/>
        </w:rPr>
        <w:t>Tasks:</w:t>
      </w:r>
    </w:p>
    <w:p w14:paraId="1824B47E" w14:textId="77777777" w:rsidR="009C04A2" w:rsidRDefault="003E060F">
      <w:pPr>
        <w:numPr>
          <w:ilvl w:val="0"/>
          <w:numId w:val="9"/>
        </w:numPr>
        <w:pBdr>
          <w:top w:val="nil"/>
          <w:left w:val="nil"/>
          <w:bottom w:val="nil"/>
          <w:right w:val="nil"/>
          <w:between w:val="nil"/>
        </w:pBdr>
        <w:spacing w:after="0"/>
        <w:rPr>
          <w:rFonts w:ascii="Roboto" w:eastAsia="Roboto" w:hAnsi="Roboto" w:cs="Roboto"/>
        </w:rPr>
      </w:pPr>
      <w:r>
        <w:rPr>
          <w:rFonts w:ascii="Roboto" w:eastAsia="Roboto" w:hAnsi="Roboto" w:cs="Roboto"/>
          <w:color w:val="000000"/>
        </w:rPr>
        <w:t>Connect a positional servo to the Hummingbird and program it to rotate between 0°, 90°, and 180°.</w:t>
      </w:r>
    </w:p>
    <w:p w14:paraId="532D1725" w14:textId="77777777" w:rsidR="009C04A2" w:rsidRDefault="003E060F">
      <w:pPr>
        <w:numPr>
          <w:ilvl w:val="0"/>
          <w:numId w:val="11"/>
        </w:numPr>
        <w:pBdr>
          <w:top w:val="nil"/>
          <w:left w:val="nil"/>
          <w:bottom w:val="nil"/>
          <w:right w:val="nil"/>
          <w:between w:val="nil"/>
        </w:pBdr>
        <w:spacing w:after="0"/>
        <w:rPr>
          <w:rFonts w:ascii="Roboto" w:eastAsia="Roboto" w:hAnsi="Roboto" w:cs="Roboto"/>
        </w:rPr>
      </w:pPr>
      <w:r>
        <w:rPr>
          <w:rFonts w:ascii="Roboto" w:eastAsia="Roboto" w:hAnsi="Roboto" w:cs="Roboto"/>
          <w:color w:val="000000"/>
        </w:rPr>
        <w:t>Move to 0°</w:t>
      </w:r>
    </w:p>
    <w:p w14:paraId="03DDCA53" w14:textId="77777777" w:rsidR="009C04A2" w:rsidRDefault="003E060F">
      <w:pPr>
        <w:numPr>
          <w:ilvl w:val="0"/>
          <w:numId w:val="11"/>
        </w:numPr>
        <w:pBdr>
          <w:top w:val="nil"/>
          <w:left w:val="nil"/>
          <w:bottom w:val="nil"/>
          <w:right w:val="nil"/>
          <w:between w:val="nil"/>
        </w:pBdr>
        <w:spacing w:after="0"/>
        <w:rPr>
          <w:rFonts w:ascii="Roboto" w:eastAsia="Roboto" w:hAnsi="Roboto" w:cs="Roboto"/>
        </w:rPr>
      </w:pPr>
      <w:r>
        <w:rPr>
          <w:rFonts w:ascii="Roboto" w:eastAsia="Roboto" w:hAnsi="Roboto" w:cs="Roboto"/>
          <w:color w:val="000000"/>
        </w:rPr>
        <w:t>Wait 1 second</w:t>
      </w:r>
    </w:p>
    <w:p w14:paraId="6EA78A7F" w14:textId="77777777" w:rsidR="009C04A2" w:rsidRDefault="003E060F">
      <w:pPr>
        <w:numPr>
          <w:ilvl w:val="0"/>
          <w:numId w:val="11"/>
        </w:numPr>
        <w:pBdr>
          <w:top w:val="nil"/>
          <w:left w:val="nil"/>
          <w:bottom w:val="nil"/>
          <w:right w:val="nil"/>
          <w:between w:val="nil"/>
        </w:pBdr>
        <w:spacing w:after="0"/>
        <w:rPr>
          <w:rFonts w:ascii="Roboto" w:eastAsia="Roboto" w:hAnsi="Roboto" w:cs="Roboto"/>
        </w:rPr>
      </w:pPr>
      <w:r>
        <w:rPr>
          <w:rFonts w:ascii="Roboto" w:eastAsia="Roboto" w:hAnsi="Roboto" w:cs="Roboto"/>
          <w:color w:val="000000"/>
        </w:rPr>
        <w:t>Move to 90°</w:t>
      </w:r>
    </w:p>
    <w:p w14:paraId="2C791AC1" w14:textId="77777777" w:rsidR="009C04A2" w:rsidRDefault="003E060F">
      <w:pPr>
        <w:numPr>
          <w:ilvl w:val="0"/>
          <w:numId w:val="11"/>
        </w:numPr>
        <w:pBdr>
          <w:top w:val="nil"/>
          <w:left w:val="nil"/>
          <w:bottom w:val="nil"/>
          <w:right w:val="nil"/>
          <w:between w:val="nil"/>
        </w:pBdr>
        <w:spacing w:after="0"/>
        <w:rPr>
          <w:rFonts w:ascii="Roboto" w:eastAsia="Roboto" w:hAnsi="Roboto" w:cs="Roboto"/>
        </w:rPr>
      </w:pPr>
      <w:r>
        <w:rPr>
          <w:rFonts w:ascii="Roboto" w:eastAsia="Roboto" w:hAnsi="Roboto" w:cs="Roboto"/>
          <w:color w:val="000000"/>
        </w:rPr>
        <w:t>Wait 1 second</w:t>
      </w:r>
    </w:p>
    <w:p w14:paraId="3D043841" w14:textId="77777777" w:rsidR="009C04A2" w:rsidRDefault="003E060F">
      <w:pPr>
        <w:numPr>
          <w:ilvl w:val="0"/>
          <w:numId w:val="11"/>
        </w:numPr>
        <w:pBdr>
          <w:top w:val="nil"/>
          <w:left w:val="nil"/>
          <w:bottom w:val="nil"/>
          <w:right w:val="nil"/>
          <w:between w:val="nil"/>
        </w:pBdr>
        <w:spacing w:after="0"/>
        <w:rPr>
          <w:rFonts w:ascii="Roboto" w:eastAsia="Roboto" w:hAnsi="Roboto" w:cs="Roboto"/>
        </w:rPr>
      </w:pPr>
      <w:r>
        <w:rPr>
          <w:rFonts w:ascii="Roboto" w:eastAsia="Roboto" w:hAnsi="Roboto" w:cs="Roboto"/>
          <w:color w:val="000000"/>
        </w:rPr>
        <w:t>Move to 180°</w:t>
      </w:r>
    </w:p>
    <w:p w14:paraId="65EEDCCB" w14:textId="77777777" w:rsidR="009C04A2" w:rsidRDefault="003E060F">
      <w:pPr>
        <w:numPr>
          <w:ilvl w:val="0"/>
          <w:numId w:val="11"/>
        </w:numPr>
        <w:pBdr>
          <w:top w:val="nil"/>
          <w:left w:val="nil"/>
          <w:bottom w:val="nil"/>
          <w:right w:val="nil"/>
          <w:between w:val="nil"/>
        </w:pBdr>
        <w:spacing w:after="0"/>
        <w:rPr>
          <w:rFonts w:ascii="Roboto" w:eastAsia="Roboto" w:hAnsi="Roboto" w:cs="Roboto"/>
        </w:rPr>
      </w:pPr>
      <w:r>
        <w:rPr>
          <w:rFonts w:ascii="Roboto" w:eastAsia="Roboto" w:hAnsi="Roboto" w:cs="Roboto"/>
          <w:color w:val="000000"/>
        </w:rPr>
        <w:t>Wait 1 second</w:t>
      </w:r>
    </w:p>
    <w:p w14:paraId="17994704" w14:textId="77777777" w:rsidR="009C04A2" w:rsidRDefault="003E060F">
      <w:pPr>
        <w:numPr>
          <w:ilvl w:val="0"/>
          <w:numId w:val="11"/>
        </w:numPr>
        <w:pBdr>
          <w:top w:val="nil"/>
          <w:left w:val="nil"/>
          <w:bottom w:val="nil"/>
          <w:right w:val="nil"/>
          <w:between w:val="nil"/>
        </w:pBdr>
        <w:spacing w:after="0"/>
        <w:rPr>
          <w:rFonts w:ascii="Roboto" w:eastAsia="Roboto" w:hAnsi="Roboto" w:cs="Roboto"/>
        </w:rPr>
      </w:pPr>
      <w:r>
        <w:rPr>
          <w:rFonts w:ascii="Roboto" w:eastAsia="Roboto" w:hAnsi="Roboto" w:cs="Roboto"/>
          <w:color w:val="000000"/>
        </w:rPr>
        <w:t>Repeat</w:t>
      </w:r>
    </w:p>
    <w:p w14:paraId="6F3E1B3D" w14:textId="13170B60" w:rsidR="009C04A2" w:rsidRDefault="00F840DA">
      <w:pPr>
        <w:rPr>
          <w:rFonts w:ascii="Roboto" w:eastAsia="Roboto" w:hAnsi="Roboto" w:cs="Roboto"/>
        </w:rPr>
      </w:pPr>
      <w:r>
        <w:rPr>
          <w:rFonts w:ascii="Roboto" w:eastAsia="Roboto" w:hAnsi="Roboto" w:cs="Roboto"/>
          <w:noProof/>
        </w:rPr>
        <mc:AlternateContent>
          <mc:Choice Requires="wps">
            <w:drawing>
              <wp:anchor distT="0" distB="0" distL="114300" distR="114300" simplePos="0" relativeHeight="251685888" behindDoc="0" locked="0" layoutInCell="1" allowOverlap="1" wp14:anchorId="68672303" wp14:editId="6FF7BAEC">
                <wp:simplePos x="0" y="0"/>
                <wp:positionH relativeFrom="margin">
                  <wp:posOffset>-219075</wp:posOffset>
                </wp:positionH>
                <wp:positionV relativeFrom="paragraph">
                  <wp:posOffset>1524000</wp:posOffset>
                </wp:positionV>
                <wp:extent cx="5972175" cy="2209800"/>
                <wp:effectExtent l="0" t="0" r="28575" b="19050"/>
                <wp:wrapTopAndBottom/>
                <wp:docPr id="1834258165" name="Rectangle: Rounded Corners 4"/>
                <wp:cNvGraphicFramePr/>
                <a:graphic xmlns:a="http://schemas.openxmlformats.org/drawingml/2006/main">
                  <a:graphicData uri="http://schemas.microsoft.com/office/word/2010/wordprocessingShape">
                    <wps:wsp>
                      <wps:cNvSpPr/>
                      <wps:spPr>
                        <a:xfrm>
                          <a:off x="0" y="0"/>
                          <a:ext cx="5972175" cy="2209800"/>
                        </a:xfrm>
                        <a:prstGeom prst="roundRect">
                          <a:avLst>
                            <a:gd name="adj" fmla="val 1841"/>
                          </a:avLst>
                        </a:prstGeom>
                        <a:solidFill>
                          <a:schemeClr val="bg1">
                            <a:lumMod val="95000"/>
                          </a:schemeClr>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1821785" id="Rectangle: Rounded Corners 4" o:spid="_x0000_s1026" style="position:absolute;margin-left:-17.25pt;margin-top:120pt;width:470.25pt;height:174pt;z-index:251685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2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" fillcolor="#f2f2f2 [3052]" strokecolor="#0a121c [484]" strokeweight=".5pt">
                <w10:wrap type="topAndBottom" anchorx="margin"/>
              </v:roundrect>
            </w:pict>
          </mc:Fallback>
        </mc:AlternateContent>
      </w:r>
      <w:r w:rsidR="00ED55F7" w:rsidRPr="00ED55F7">
        <w:rPr>
          <w:rFonts w:ascii="Roboto" w:eastAsia="Roboto" w:hAnsi="Roboto" w:cs="Roboto"/>
          <w:lang w:val="en-US"/>
        </w:rPr>
        <w:t>Do not force the servo beyond its physical range. A command outside the supported range may be ignored, limited, or place stress on the mechanism.</w:t>
      </w:r>
      <w:r w:rsidR="00ED55F7" w:rsidRPr="00ED55F7">
        <w:rPr>
          <w:rFonts w:ascii="Roboto" w:eastAsia="Roboto" w:hAnsi="Roboto" w:cs="Roboto"/>
          <w:lang w:val="en-US"/>
        </w:rPr>
        <w:br/>
      </w:r>
      <w:r w:rsidR="00ED55F7" w:rsidRPr="00ED55F7">
        <w:rPr>
          <w:rFonts w:ascii="Roboto" w:eastAsia="Roboto" w:hAnsi="Roboto" w:cs="Roboto"/>
          <w:lang w:val="en-US"/>
        </w:rPr>
        <w:br/>
        <w:t>Evidence:</w:t>
      </w:r>
      <w:r w:rsidR="00ED55F7" w:rsidRPr="00ED55F7">
        <w:rPr>
          <w:rFonts w:ascii="Roboto" w:eastAsia="Roboto" w:hAnsi="Roboto" w:cs="Roboto"/>
          <w:lang w:val="en-US"/>
        </w:rPr>
        <w:br/>
        <w:t>• screenshot of the servo code</w:t>
      </w:r>
      <w:r w:rsidR="00ED55F7" w:rsidRPr="00ED55F7">
        <w:rPr>
          <w:rFonts w:ascii="Roboto" w:eastAsia="Roboto" w:hAnsi="Roboto" w:cs="Roboto"/>
          <w:lang w:val="en-US"/>
        </w:rPr>
        <w:br/>
        <w:t>• tested angle values</w:t>
      </w:r>
      <w:r w:rsidR="00ED55F7" w:rsidRPr="00ED55F7">
        <w:rPr>
          <w:rFonts w:ascii="Roboto" w:eastAsia="Roboto" w:hAnsi="Roboto" w:cs="Roboto"/>
          <w:lang w:val="en-US"/>
        </w:rPr>
        <w:br/>
        <w:t>• short statement explaining how speed, timing, and load could affect a robotic-arm joint.</w:t>
      </w:r>
    </w:p>
    <w:p w14:paraId="3CA7F769" w14:textId="49711A9E" w:rsidR="009C04A2" w:rsidRDefault="009C04A2">
      <w:pPr>
        <w:rPr>
          <w:rFonts w:ascii="Roboto" w:eastAsia="Roboto" w:hAnsi="Roboto" w:cs="Roboto"/>
        </w:rPr>
      </w:pPr>
    </w:p>
    <w:p w14:paraId="1A9E7FDD" w14:textId="77777777" w:rsidR="009C04A2" w:rsidRDefault="003E060F">
      <w:pPr>
        <w:pStyle w:val="Heading2"/>
      </w:pPr>
      <w:r>
        <w:lastRenderedPageBreak/>
        <w:t>KSB 4: Using a Rotational Servo</w:t>
      </w:r>
      <w:r>
        <w:rPr>
          <w:noProof/>
        </w:rPr>
        <w:drawing>
          <wp:anchor distT="0" distB="0" distL="114300" distR="114300" simplePos="0" relativeHeight="251664384" behindDoc="0" locked="0" layoutInCell="1" hidden="0" allowOverlap="1" wp14:anchorId="225BFC58" wp14:editId="3DEC9369">
            <wp:simplePos x="0" y="0"/>
            <wp:positionH relativeFrom="column">
              <wp:posOffset>2</wp:posOffset>
            </wp:positionH>
            <wp:positionV relativeFrom="paragraph">
              <wp:posOffset>247650</wp:posOffset>
            </wp:positionV>
            <wp:extent cx="1371600" cy="1069848"/>
            <wp:effectExtent l="0" t="0" r="0" b="0"/>
            <wp:wrapSquare wrapText="bothSides" distT="0" distB="0" distL="114300" distR="114300"/>
            <wp:docPr id="2108318373" name="image9.png" descr="A diagram of a proces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9.png" descr="A diagram of a process&#10;&#10;AI-generated content may be incorrect."/>
                    <pic:cNvPicPr preferRelativeResize="0"/>
                  </pic:nvPicPr>
                  <pic:blipFill>
                    <a:blip r:embed="rId8"/>
                    <a:srcRect/>
                    <a:stretch>
                      <a:fillRect/>
                    </a:stretch>
                  </pic:blipFill>
                  <pic:spPr>
                    <a:xfrm>
                      <a:off x="0" y="0"/>
                      <a:ext cx="1371600" cy="1069848"/>
                    </a:xfrm>
                    <a:prstGeom prst="rect">
                      <a:avLst/>
                    </a:prstGeom>
                    <a:ln/>
                  </pic:spPr>
                </pic:pic>
              </a:graphicData>
            </a:graphic>
          </wp:anchor>
        </w:drawing>
      </w:r>
    </w:p>
    <w:p w14:paraId="4D9BF942" w14:textId="77777777" w:rsidR="009C04A2" w:rsidRDefault="003E060F">
      <w:pPr>
        <w:rPr>
          <w:rFonts w:ascii="Roboto" w:eastAsia="Roboto" w:hAnsi="Roboto" w:cs="Roboto"/>
        </w:rPr>
      </w:pPr>
      <w:r>
        <w:rPr>
          <w:rFonts w:ascii="Roboto" w:eastAsia="Roboto" w:hAnsi="Roboto" w:cs="Roboto"/>
        </w:rPr>
        <w:t>Learn how a rotational servo works differently than a position servo, and how it can be used to create continuous spinning motion in your robotic arm design.</w:t>
      </w:r>
    </w:p>
    <w:p w14:paraId="2DF9826C" w14:textId="77777777" w:rsidR="009C04A2" w:rsidRDefault="003E060F">
      <w:pPr>
        <w:rPr>
          <w:rFonts w:ascii="Roboto" w:eastAsia="Roboto" w:hAnsi="Roboto" w:cs="Roboto"/>
        </w:rPr>
      </w:pPr>
      <w:r>
        <w:rPr>
          <w:rFonts w:ascii="Roboto" w:eastAsia="Roboto" w:hAnsi="Roboto" w:cs="Roboto"/>
        </w:rPr>
        <w:t>What’s the Difference?</w:t>
      </w:r>
    </w:p>
    <w:p w14:paraId="580D27A6" w14:textId="77777777" w:rsidR="009C04A2" w:rsidRDefault="003E060F">
      <w:pPr>
        <w:rPr>
          <w:rFonts w:ascii="Roboto" w:eastAsia="Roboto" w:hAnsi="Roboto" w:cs="Roboto"/>
        </w:rPr>
      </w:pPr>
      <w:r>
        <w:rPr>
          <w:rFonts w:ascii="Roboto" w:eastAsia="Roboto" w:hAnsi="Roboto" w:cs="Roboto"/>
        </w:rPr>
        <w:t>Most servos rotate to specific angles (like 0°, 90°, or 180°). But a rotational servo spins in one direction until you tell it to stop—like a motor with a throttle.</w:t>
      </w:r>
    </w:p>
    <w:p w14:paraId="0BB6F0E9" w14:textId="77777777" w:rsidR="009C04A2" w:rsidRDefault="003E060F">
      <w:pPr>
        <w:rPr>
          <w:rFonts w:ascii="Roboto" w:eastAsia="Roboto" w:hAnsi="Roboto" w:cs="Roboto"/>
        </w:rPr>
      </w:pPr>
      <w:r>
        <w:rPr>
          <w:rFonts w:ascii="Roboto" w:eastAsia="Roboto" w:hAnsi="Roboto" w:cs="Roboto"/>
        </w:rPr>
        <w:t>You might use it to create spinning movement at the base of your robotic arm or in a rotating platform.</w:t>
      </w:r>
    </w:p>
    <w:p w14:paraId="0444D9D0" w14:textId="77777777" w:rsidR="009C04A2" w:rsidRDefault="003E060F">
      <w:pPr>
        <w:rPr>
          <w:rFonts w:ascii="Roboto" w:eastAsia="Roboto" w:hAnsi="Roboto" w:cs="Roboto"/>
        </w:rPr>
      </w:pPr>
      <w:r>
        <w:rPr>
          <w:rFonts w:ascii="Roboto" w:eastAsia="Roboto" w:hAnsi="Roboto" w:cs="Roboto"/>
        </w:rPr>
        <w:t>Tasks:</w:t>
      </w:r>
    </w:p>
    <w:p w14:paraId="6064B8C2" w14:textId="77777777" w:rsidR="009C04A2" w:rsidRDefault="003E060F">
      <w:pPr>
        <w:numPr>
          <w:ilvl w:val="0"/>
          <w:numId w:val="10"/>
        </w:numPr>
        <w:pBdr>
          <w:top w:val="nil"/>
          <w:left w:val="nil"/>
          <w:bottom w:val="nil"/>
          <w:right w:val="nil"/>
          <w:between w:val="nil"/>
        </w:pBdr>
        <w:spacing w:after="0"/>
        <w:rPr>
          <w:rFonts w:ascii="Roboto" w:eastAsia="Roboto" w:hAnsi="Roboto" w:cs="Roboto"/>
        </w:rPr>
      </w:pPr>
      <w:r>
        <w:rPr>
          <w:rFonts w:ascii="Roboto" w:eastAsia="Roboto" w:hAnsi="Roboto" w:cs="Roboto"/>
          <w:color w:val="000000"/>
        </w:rPr>
        <w:t>Connect the Rotational Servo</w:t>
      </w:r>
      <w:r>
        <w:rPr>
          <w:rFonts w:ascii="Roboto" w:eastAsia="Roboto" w:hAnsi="Roboto" w:cs="Roboto"/>
          <w:color w:val="000000"/>
        </w:rPr>
        <w:br/>
        <w:t>Plug in the rotational servo to your Hummingbird board and make sure it’s secure.</w:t>
      </w:r>
    </w:p>
    <w:p w14:paraId="1310CD29" w14:textId="77777777" w:rsidR="009C04A2" w:rsidRDefault="003E060F">
      <w:pPr>
        <w:numPr>
          <w:ilvl w:val="0"/>
          <w:numId w:val="10"/>
        </w:numPr>
        <w:pBdr>
          <w:top w:val="nil"/>
          <w:left w:val="nil"/>
          <w:bottom w:val="nil"/>
          <w:right w:val="nil"/>
          <w:between w:val="nil"/>
        </w:pBdr>
        <w:spacing w:after="0"/>
        <w:rPr>
          <w:rFonts w:ascii="Roboto" w:eastAsia="Roboto" w:hAnsi="Roboto" w:cs="Roboto"/>
        </w:rPr>
      </w:pPr>
      <w:r>
        <w:rPr>
          <w:rFonts w:ascii="Roboto" w:eastAsia="Roboto" w:hAnsi="Roboto" w:cs="Roboto"/>
          <w:color w:val="000000"/>
        </w:rPr>
        <w:t>Program the Servo</w:t>
      </w:r>
      <w:r>
        <w:rPr>
          <w:rFonts w:ascii="Roboto" w:eastAsia="Roboto" w:hAnsi="Roboto" w:cs="Roboto"/>
          <w:color w:val="000000"/>
        </w:rPr>
        <w:br/>
        <w:t>Open your coding environment. Write code that makes the rotational servo:</w:t>
      </w:r>
    </w:p>
    <w:p w14:paraId="069B59D7" w14:textId="77777777" w:rsidR="009C04A2" w:rsidRDefault="003E060F">
      <w:pPr>
        <w:numPr>
          <w:ilvl w:val="1"/>
          <w:numId w:val="10"/>
        </w:numPr>
        <w:pBdr>
          <w:top w:val="nil"/>
          <w:left w:val="nil"/>
          <w:bottom w:val="nil"/>
          <w:right w:val="nil"/>
          <w:between w:val="nil"/>
        </w:pBdr>
        <w:spacing w:after="0"/>
        <w:rPr>
          <w:rFonts w:ascii="Roboto" w:eastAsia="Roboto" w:hAnsi="Roboto" w:cs="Roboto"/>
        </w:rPr>
      </w:pPr>
      <w:r>
        <w:rPr>
          <w:rFonts w:ascii="Roboto" w:eastAsia="Roboto" w:hAnsi="Roboto" w:cs="Roboto"/>
          <w:color w:val="000000"/>
        </w:rPr>
        <w:t>Spin in one direction for 3 seconds</w:t>
      </w:r>
    </w:p>
    <w:p w14:paraId="10D24C93" w14:textId="2DE59E5D" w:rsidR="009C04A2" w:rsidRDefault="003E060F">
      <w:pPr>
        <w:numPr>
          <w:ilvl w:val="1"/>
          <w:numId w:val="10"/>
        </w:numPr>
        <w:pBdr>
          <w:top w:val="nil"/>
          <w:left w:val="nil"/>
          <w:bottom w:val="nil"/>
          <w:right w:val="nil"/>
          <w:between w:val="nil"/>
        </w:pBdr>
        <w:spacing w:after="0"/>
        <w:rPr>
          <w:rFonts w:ascii="Roboto" w:eastAsia="Roboto" w:hAnsi="Roboto" w:cs="Roboto"/>
        </w:rPr>
      </w:pPr>
      <w:r>
        <w:rPr>
          <w:rFonts w:ascii="Roboto" w:eastAsia="Roboto" w:hAnsi="Roboto" w:cs="Roboto"/>
          <w:color w:val="000000"/>
        </w:rPr>
        <w:t xml:space="preserve">Stop for 2 </w:t>
      </w:r>
      <w:r w:rsidR="002E374F">
        <w:rPr>
          <w:rFonts w:ascii="Roboto" w:eastAsia="Roboto" w:hAnsi="Roboto" w:cs="Roboto"/>
          <w:color w:val="000000"/>
        </w:rPr>
        <w:t>seconds.</w:t>
      </w:r>
    </w:p>
    <w:p w14:paraId="6ED0511B" w14:textId="77777777" w:rsidR="009C04A2" w:rsidRDefault="003E060F">
      <w:pPr>
        <w:numPr>
          <w:ilvl w:val="1"/>
          <w:numId w:val="10"/>
        </w:numPr>
        <w:pBdr>
          <w:top w:val="nil"/>
          <w:left w:val="nil"/>
          <w:bottom w:val="nil"/>
          <w:right w:val="nil"/>
          <w:between w:val="nil"/>
        </w:pBdr>
        <w:spacing w:after="0"/>
        <w:rPr>
          <w:rFonts w:ascii="Roboto" w:eastAsia="Roboto" w:hAnsi="Roboto" w:cs="Roboto"/>
        </w:rPr>
      </w:pPr>
      <w:r>
        <w:rPr>
          <w:rFonts w:ascii="Roboto" w:eastAsia="Roboto" w:hAnsi="Roboto" w:cs="Roboto"/>
          <w:color w:val="000000"/>
        </w:rPr>
        <w:t>Spin in the opposite direction for 3 seconds</w:t>
      </w:r>
    </w:p>
    <w:p w14:paraId="48C4715E" w14:textId="77777777" w:rsidR="009C04A2" w:rsidRDefault="003E060F">
      <w:pPr>
        <w:numPr>
          <w:ilvl w:val="1"/>
          <w:numId w:val="10"/>
        </w:numPr>
        <w:pBdr>
          <w:top w:val="nil"/>
          <w:left w:val="nil"/>
          <w:bottom w:val="nil"/>
          <w:right w:val="nil"/>
          <w:between w:val="nil"/>
        </w:pBdr>
        <w:spacing w:after="0"/>
        <w:rPr>
          <w:rFonts w:ascii="Roboto" w:eastAsia="Roboto" w:hAnsi="Roboto" w:cs="Roboto"/>
        </w:rPr>
      </w:pPr>
      <w:r>
        <w:rPr>
          <w:rFonts w:ascii="Roboto" w:eastAsia="Roboto" w:hAnsi="Roboto" w:cs="Roboto"/>
          <w:color w:val="000000"/>
        </w:rPr>
        <w:t>Repeat</w:t>
      </w:r>
    </w:p>
    <w:p w14:paraId="333E0707" w14:textId="033FB4EC" w:rsidR="009C04A2" w:rsidRDefault="003E060F">
      <w:pPr>
        <w:numPr>
          <w:ilvl w:val="0"/>
          <w:numId w:val="10"/>
        </w:numPr>
        <w:pBdr>
          <w:top w:val="nil"/>
          <w:left w:val="nil"/>
          <w:bottom w:val="nil"/>
          <w:right w:val="nil"/>
          <w:between w:val="nil"/>
        </w:pBdr>
        <w:spacing w:after="0"/>
        <w:rPr>
          <w:rFonts w:ascii="Roboto" w:eastAsia="Roboto" w:hAnsi="Roboto" w:cs="Roboto"/>
        </w:rPr>
      </w:pPr>
      <w:r>
        <w:rPr>
          <w:rFonts w:ascii="Roboto" w:eastAsia="Roboto" w:hAnsi="Roboto" w:cs="Roboto"/>
          <w:color w:val="000000"/>
        </w:rPr>
        <w:t>Adjust Speed and Direction</w:t>
      </w:r>
      <w:r>
        <w:rPr>
          <w:rFonts w:ascii="Roboto" w:eastAsia="Roboto" w:hAnsi="Roboto" w:cs="Roboto"/>
          <w:color w:val="000000"/>
        </w:rPr>
        <w:br/>
        <w:t>Try changing the speed from full power (100%) to slower speeds (</w:t>
      </w:r>
      <w:r w:rsidR="002E374F">
        <w:rPr>
          <w:rFonts w:ascii="Roboto" w:eastAsia="Roboto" w:hAnsi="Roboto" w:cs="Roboto"/>
          <w:color w:val="000000"/>
        </w:rPr>
        <w:t>e.g.,</w:t>
      </w:r>
      <w:r>
        <w:rPr>
          <w:rFonts w:ascii="Roboto" w:eastAsia="Roboto" w:hAnsi="Roboto" w:cs="Roboto"/>
          <w:color w:val="000000"/>
        </w:rPr>
        <w:t xml:space="preserve"> 30%).</w:t>
      </w:r>
      <w:r>
        <w:rPr>
          <w:rFonts w:ascii="Roboto" w:eastAsia="Roboto" w:hAnsi="Roboto" w:cs="Roboto"/>
          <w:color w:val="000000"/>
        </w:rPr>
        <w:br/>
        <w:t>What happens when you set the value to a negative number?</w:t>
      </w:r>
    </w:p>
    <w:p w14:paraId="4A641FBC" w14:textId="77777777" w:rsidR="00ED55F7" w:rsidRPr="002573A8" w:rsidRDefault="003E060F">
      <w:pPr>
        <w:numPr>
          <w:ilvl w:val="0"/>
          <w:numId w:val="10"/>
        </w:numPr>
        <w:pBdr>
          <w:top w:val="nil"/>
          <w:left w:val="nil"/>
          <w:bottom w:val="nil"/>
          <w:right w:val="nil"/>
          <w:between w:val="nil"/>
        </w:pBdr>
        <w:rPr>
          <w:rFonts w:ascii="Roboto" w:eastAsia="Roboto" w:hAnsi="Roboto" w:cs="Roboto"/>
        </w:rPr>
      </w:pPr>
      <w:r>
        <w:rPr>
          <w:rFonts w:ascii="Roboto" w:eastAsia="Roboto" w:hAnsi="Roboto" w:cs="Roboto"/>
          <w:color w:val="000000"/>
        </w:rPr>
        <w:t>Test Applications</w:t>
      </w:r>
      <w:r>
        <w:rPr>
          <w:rFonts w:ascii="Roboto" w:eastAsia="Roboto" w:hAnsi="Roboto" w:cs="Roboto"/>
          <w:color w:val="000000"/>
        </w:rPr>
        <w:br/>
      </w:r>
      <w:r w:rsidR="00ED55F7" w:rsidRPr="00ED55F7">
        <w:rPr>
          <w:rFonts w:ascii="Roboto" w:eastAsia="Roboto" w:hAnsi="Roboto" w:cs="Roboto"/>
          <w:color w:val="000000"/>
          <w:lang w:val="en-US"/>
        </w:rPr>
        <w:br/>
        <w:t>Evidence:</w:t>
      </w:r>
      <w:r w:rsidR="00ED55F7" w:rsidRPr="00ED55F7">
        <w:rPr>
          <w:rFonts w:ascii="Roboto" w:eastAsia="Roboto" w:hAnsi="Roboto" w:cs="Roboto"/>
          <w:color w:val="000000"/>
          <w:lang w:val="en-US"/>
        </w:rPr>
        <w:br/>
        <w:t>• screenshot of the rotation-servo code</w:t>
      </w:r>
      <w:r w:rsidR="00ED55F7" w:rsidRPr="00ED55F7">
        <w:rPr>
          <w:rFonts w:ascii="Roboto" w:eastAsia="Roboto" w:hAnsi="Roboto" w:cs="Roboto"/>
          <w:color w:val="000000"/>
          <w:lang w:val="en-US"/>
        </w:rPr>
        <w:br/>
        <w:t>• the speed and timing values tested</w:t>
      </w:r>
      <w:r w:rsidR="00ED55F7" w:rsidRPr="00ED55F7">
        <w:rPr>
          <w:rFonts w:ascii="Roboto" w:eastAsia="Roboto" w:hAnsi="Roboto" w:cs="Roboto"/>
          <w:color w:val="000000"/>
          <w:lang w:val="en-US"/>
        </w:rPr>
        <w:br/>
        <w:t>• a sketch or short explanation showing where the rotation servo will be used in the final arm</w:t>
      </w:r>
      <w:r w:rsidR="00ED55F7" w:rsidRPr="00ED55F7">
        <w:rPr>
          <w:rFonts w:ascii="Roboto" w:eastAsia="Roboto" w:hAnsi="Roboto" w:cs="Roboto"/>
          <w:color w:val="000000"/>
          <w:lang w:val="en-US"/>
        </w:rPr>
        <w:br/>
      </w:r>
      <w:r w:rsidR="00ED55F7" w:rsidRPr="00ED55F7">
        <w:rPr>
          <w:rFonts w:ascii="Roboto" w:eastAsia="Roboto" w:hAnsi="Roboto" w:cs="Roboto"/>
          <w:color w:val="000000"/>
          <w:lang w:val="en-US"/>
        </w:rPr>
        <w:br/>
        <w:t>Important design note: A continuous-rotation servo is controlled by speed and time, not by a precise target angle. The base may require calibration and physical reference marks to stop consistently.</w:t>
      </w:r>
    </w:p>
    <w:p w14:paraId="6DA07640" w14:textId="48E50F4D" w:rsidR="009C04A2" w:rsidRDefault="00F840DA" w:rsidP="00EB30A5">
      <w:pPr>
        <w:pBdr>
          <w:top w:val="nil"/>
          <w:left w:val="nil"/>
          <w:bottom w:val="nil"/>
          <w:right w:val="nil"/>
          <w:between w:val="nil"/>
        </w:pBdr>
        <w:ind w:left="720"/>
        <w:rPr>
          <w:rFonts w:ascii="Roboto" w:eastAsia="Roboto" w:hAnsi="Roboto" w:cs="Roboto"/>
        </w:rPr>
      </w:pPr>
      <w:r>
        <w:rPr>
          <w:rFonts w:ascii="Roboto" w:eastAsia="Roboto" w:hAnsi="Roboto" w:cs="Roboto"/>
          <w:noProof/>
        </w:rPr>
        <w:lastRenderedPageBreak/>
        <mc:AlternateContent>
          <mc:Choice Requires="wps">
            <w:drawing>
              <wp:anchor distT="0" distB="0" distL="114300" distR="114300" simplePos="0" relativeHeight="251687936" behindDoc="0" locked="0" layoutInCell="1" allowOverlap="1" wp14:anchorId="2CF3604F" wp14:editId="5B972360">
                <wp:simplePos x="0" y="0"/>
                <wp:positionH relativeFrom="margin">
                  <wp:posOffset>0</wp:posOffset>
                </wp:positionH>
                <wp:positionV relativeFrom="paragraph">
                  <wp:posOffset>323850</wp:posOffset>
                </wp:positionV>
                <wp:extent cx="5972175" cy="2209800"/>
                <wp:effectExtent l="0" t="0" r="28575" b="19050"/>
                <wp:wrapTopAndBottom/>
                <wp:docPr id="1814310083" name="Rectangle: Rounded Corners 4"/>
                <wp:cNvGraphicFramePr/>
                <a:graphic xmlns:a="http://schemas.openxmlformats.org/drawingml/2006/main">
                  <a:graphicData uri="http://schemas.microsoft.com/office/word/2010/wordprocessingShape">
                    <wps:wsp>
                      <wps:cNvSpPr/>
                      <wps:spPr>
                        <a:xfrm>
                          <a:off x="0" y="0"/>
                          <a:ext cx="5972175" cy="2209800"/>
                        </a:xfrm>
                        <a:prstGeom prst="roundRect">
                          <a:avLst>
                            <a:gd name="adj" fmla="val 1841"/>
                          </a:avLst>
                        </a:prstGeom>
                        <a:solidFill>
                          <a:schemeClr val="bg1">
                            <a:lumMod val="95000"/>
                          </a:schemeClr>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48C1E8A" id="Rectangle: Rounded Corners 4" o:spid="_x0000_s1026" style="position:absolute;margin-left:0;margin-top:25.5pt;width:470.25pt;height:174pt;z-index:25168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2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" fillcolor="#f2f2f2 [3052]" strokecolor="#0a121c [484]" strokeweight=".5pt">
                <w10:wrap type="topAndBottom" anchorx="margin"/>
              </v:roundrect>
            </w:pict>
          </mc:Fallback>
        </mc:AlternateContent>
      </w:r>
    </w:p>
    <w:p w14:paraId="3FE565DE" w14:textId="1688E9B2" w:rsidR="009C04A2" w:rsidRDefault="00F840DA">
      <w:pPr>
        <w:rPr>
          <w:rFonts w:ascii="Roboto" w:eastAsia="Roboto" w:hAnsi="Roboto" w:cs="Roboto"/>
        </w:rPr>
      </w:pPr>
      <w:r>
        <w:rPr>
          <w:rFonts w:ascii="Roboto" w:eastAsia="Roboto" w:hAnsi="Roboto" w:cs="Roboto"/>
          <w:noProof/>
        </w:rPr>
        <mc:AlternateContent>
          <mc:Choice Requires="wps">
            <w:drawing>
              <wp:anchor distT="0" distB="0" distL="114300" distR="114300" simplePos="0" relativeHeight="251689984" behindDoc="0" locked="0" layoutInCell="1" allowOverlap="1" wp14:anchorId="0BAE68B5" wp14:editId="1D7A1AA6">
                <wp:simplePos x="0" y="0"/>
                <wp:positionH relativeFrom="margin">
                  <wp:align>left</wp:align>
                </wp:positionH>
                <wp:positionV relativeFrom="paragraph">
                  <wp:posOffset>2432685</wp:posOffset>
                </wp:positionV>
                <wp:extent cx="5972175" cy="2209800"/>
                <wp:effectExtent l="0" t="0" r="28575" b="19050"/>
                <wp:wrapTopAndBottom/>
                <wp:docPr id="1882805530" name="Rectangle: Rounded Corners 4"/>
                <wp:cNvGraphicFramePr/>
                <a:graphic xmlns:a="http://schemas.openxmlformats.org/drawingml/2006/main">
                  <a:graphicData uri="http://schemas.microsoft.com/office/word/2010/wordprocessingShape">
                    <wps:wsp>
                      <wps:cNvSpPr/>
                      <wps:spPr>
                        <a:xfrm>
                          <a:off x="0" y="0"/>
                          <a:ext cx="5972175" cy="2209800"/>
                        </a:xfrm>
                        <a:prstGeom prst="roundRect">
                          <a:avLst>
                            <a:gd name="adj" fmla="val 1841"/>
                          </a:avLst>
                        </a:prstGeom>
                        <a:solidFill>
                          <a:schemeClr val="bg1">
                            <a:lumMod val="95000"/>
                          </a:schemeClr>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33D8E51" id="Rectangle: Rounded Corners 4" o:spid="_x0000_s1026" style="position:absolute;margin-left:0;margin-top:191.55pt;width:470.25pt;height:174pt;z-index:2516899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2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" fillcolor="#f2f2f2 [3052]" strokecolor="#0a121c [484]" strokeweight=".5pt">
                <w10:wrap type="topAndBottom" anchorx="margin"/>
              </v:roundrect>
            </w:pict>
          </mc:Fallback>
        </mc:AlternateContent>
      </w:r>
    </w:p>
    <w:p w14:paraId="5E81CFC9" w14:textId="77777777" w:rsidR="009C04A2" w:rsidRDefault="009C04A2">
      <w:pPr>
        <w:rPr>
          <w:rFonts w:ascii="Roboto" w:eastAsia="Roboto" w:hAnsi="Roboto" w:cs="Roboto"/>
        </w:rPr>
      </w:pPr>
    </w:p>
    <w:p w14:paraId="3B3AE0C3" w14:textId="77777777" w:rsidR="00F840DA" w:rsidRDefault="00F840DA">
      <w:pPr>
        <w:rPr>
          <w:rFonts w:ascii="Roboto" w:eastAsia="Roboto" w:hAnsi="Roboto" w:cs="Roboto"/>
        </w:rPr>
      </w:pPr>
    </w:p>
    <w:p w14:paraId="4DD56FFD" w14:textId="77777777" w:rsidR="00F840DA" w:rsidRDefault="00F840DA">
      <w:pPr>
        <w:rPr>
          <w:rFonts w:ascii="Roboto" w:eastAsia="Roboto" w:hAnsi="Roboto" w:cs="Roboto"/>
        </w:rPr>
      </w:pPr>
    </w:p>
    <w:p w14:paraId="08E23518" w14:textId="77777777" w:rsidR="00F840DA" w:rsidRDefault="00F840DA">
      <w:pPr>
        <w:rPr>
          <w:rFonts w:ascii="Roboto" w:eastAsia="Roboto" w:hAnsi="Roboto" w:cs="Roboto"/>
        </w:rPr>
      </w:pPr>
    </w:p>
    <w:p w14:paraId="61C8000A" w14:textId="77777777" w:rsidR="00F840DA" w:rsidRDefault="00F840DA">
      <w:pPr>
        <w:rPr>
          <w:rFonts w:ascii="Roboto" w:eastAsia="Roboto" w:hAnsi="Roboto" w:cs="Roboto"/>
        </w:rPr>
      </w:pPr>
    </w:p>
    <w:p w14:paraId="02815B5E" w14:textId="77777777" w:rsidR="00F840DA" w:rsidRDefault="00F840DA">
      <w:pPr>
        <w:rPr>
          <w:rFonts w:ascii="Roboto" w:eastAsia="Roboto" w:hAnsi="Roboto" w:cs="Roboto"/>
        </w:rPr>
      </w:pPr>
    </w:p>
    <w:p w14:paraId="4CB429EF" w14:textId="77777777" w:rsidR="00F840DA" w:rsidRDefault="00F840DA">
      <w:pPr>
        <w:rPr>
          <w:rFonts w:ascii="Roboto" w:eastAsia="Roboto" w:hAnsi="Roboto" w:cs="Roboto"/>
        </w:rPr>
      </w:pPr>
    </w:p>
    <w:p w14:paraId="3359DC12" w14:textId="77777777" w:rsidR="009C04A2" w:rsidRDefault="003E060F">
      <w:pPr>
        <w:pStyle w:val="Heading2"/>
      </w:pPr>
      <w:r>
        <w:lastRenderedPageBreak/>
        <w:t>KSB 5: Building Strong Cardboard Joints</w:t>
      </w:r>
    </w:p>
    <w:p w14:paraId="195C795B" w14:textId="77777777" w:rsidR="009C04A2" w:rsidRDefault="003E060F">
      <w:pPr>
        <w:rPr>
          <w:rFonts w:ascii="Roboto" w:eastAsia="Roboto" w:hAnsi="Roboto" w:cs="Roboto"/>
        </w:rPr>
      </w:pPr>
      <w:r>
        <w:rPr>
          <w:rFonts w:ascii="Roboto" w:eastAsia="Roboto" w:hAnsi="Roboto" w:cs="Roboto"/>
        </w:rPr>
        <w:t xml:space="preserve"> Learn how to build rotating joints using cardboard and brass fasteners that are strong, flexible, and ready for real motion in your robotic arm.</w:t>
      </w:r>
      <w:r>
        <w:rPr>
          <w:noProof/>
        </w:rPr>
        <w:drawing>
          <wp:anchor distT="0" distB="0" distL="114300" distR="114300" simplePos="0" relativeHeight="251665408" behindDoc="0" locked="0" layoutInCell="1" hidden="0" allowOverlap="1" wp14:anchorId="37DFFC03" wp14:editId="26D3C2E7">
            <wp:simplePos x="0" y="0"/>
            <wp:positionH relativeFrom="column">
              <wp:posOffset>-171448</wp:posOffset>
            </wp:positionH>
            <wp:positionV relativeFrom="paragraph">
              <wp:posOffset>13291</wp:posOffset>
            </wp:positionV>
            <wp:extent cx="1371600" cy="1069848"/>
            <wp:effectExtent l="0" t="0" r="0" b="0"/>
            <wp:wrapSquare wrapText="bothSides" distT="0" distB="0" distL="114300" distR="114300"/>
            <wp:docPr id="2108318364" name="image9.png" descr="A diagram of a proces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9.png" descr="A diagram of a process&#10;&#10;AI-generated content may be incorrect."/>
                    <pic:cNvPicPr preferRelativeResize="0"/>
                  </pic:nvPicPr>
                  <pic:blipFill>
                    <a:blip r:embed="rId8"/>
                    <a:srcRect/>
                    <a:stretch>
                      <a:fillRect/>
                    </a:stretch>
                  </pic:blipFill>
                  <pic:spPr>
                    <a:xfrm>
                      <a:off x="0" y="0"/>
                      <a:ext cx="1371600" cy="1069848"/>
                    </a:xfrm>
                    <a:prstGeom prst="rect">
                      <a:avLst/>
                    </a:prstGeom>
                    <a:ln/>
                  </pic:spPr>
                </pic:pic>
              </a:graphicData>
            </a:graphic>
          </wp:anchor>
        </w:drawing>
      </w:r>
    </w:p>
    <w:p w14:paraId="0BA8513B" w14:textId="77777777" w:rsidR="009C04A2" w:rsidRDefault="009C04A2">
      <w:pPr>
        <w:rPr>
          <w:rFonts w:ascii="Roboto" w:eastAsia="Roboto" w:hAnsi="Roboto" w:cs="Roboto"/>
        </w:rPr>
      </w:pPr>
    </w:p>
    <w:p w14:paraId="53410E9D" w14:textId="7C736C54" w:rsidR="009C04A2" w:rsidRDefault="003E060F">
      <w:pPr>
        <w:rPr>
          <w:rFonts w:ascii="Roboto" w:eastAsia="Roboto" w:hAnsi="Roboto" w:cs="Roboto"/>
        </w:rPr>
      </w:pPr>
      <w:r>
        <w:rPr>
          <w:rFonts w:ascii="Roboto" w:eastAsia="Roboto" w:hAnsi="Roboto" w:cs="Roboto"/>
        </w:rPr>
        <w:t>Why It Matters:</w:t>
      </w:r>
      <w:r>
        <w:rPr>
          <w:rFonts w:ascii="Roboto" w:eastAsia="Roboto" w:hAnsi="Roboto" w:cs="Roboto"/>
        </w:rPr>
        <w:br/>
        <w:t xml:space="preserve">If your joints are too loose, your arm flops. Too tight? It won’t move. Engineers test and refine their </w:t>
      </w:r>
      <w:r w:rsidR="002E374F">
        <w:rPr>
          <w:rFonts w:ascii="Roboto" w:eastAsia="Roboto" w:hAnsi="Roboto" w:cs="Roboto"/>
        </w:rPr>
        <w:t>joints,</w:t>
      </w:r>
      <w:r>
        <w:rPr>
          <w:rFonts w:ascii="Roboto" w:eastAsia="Roboto" w:hAnsi="Roboto" w:cs="Roboto"/>
        </w:rPr>
        <w:t xml:space="preserve"> so movement is smooth, controlled, and repeatable.</w:t>
      </w:r>
    </w:p>
    <w:p w14:paraId="2300C78F" w14:textId="6FF474AA" w:rsidR="00F840DA" w:rsidRDefault="00ED55F7" w:rsidP="00F840DA">
      <w:pPr>
        <w:rPr>
          <w:rFonts w:ascii="Roboto" w:eastAsia="Roboto" w:hAnsi="Roboto" w:cs="Roboto"/>
          <w:lang w:val="en-US"/>
        </w:rPr>
      </w:pPr>
      <w:r w:rsidRPr="00ED55F7">
        <w:rPr>
          <w:rFonts w:ascii="Roboto" w:eastAsia="Roboto" w:hAnsi="Roboto" w:cs="Roboto"/>
          <w:lang w:val="en-US"/>
        </w:rPr>
        <w:t>Build and refine a cardboard joint that moves smoothly without excessive wobble.</w:t>
      </w:r>
      <w:r w:rsidRPr="00ED55F7">
        <w:rPr>
          <w:rFonts w:ascii="Roboto" w:eastAsia="Roboto" w:hAnsi="Roboto" w:cs="Roboto"/>
          <w:lang w:val="en-US"/>
        </w:rPr>
        <w:br/>
      </w:r>
      <w:r w:rsidRPr="00ED55F7">
        <w:rPr>
          <w:rFonts w:ascii="Roboto" w:eastAsia="Roboto" w:hAnsi="Roboto" w:cs="Roboto"/>
          <w:lang w:val="en-US"/>
        </w:rPr>
        <w:br/>
        <w:t>Test:</w:t>
      </w:r>
      <w:r w:rsidRPr="00ED55F7">
        <w:rPr>
          <w:rFonts w:ascii="Roboto" w:eastAsia="Roboto" w:hAnsi="Roboto" w:cs="Roboto"/>
          <w:lang w:val="en-US"/>
        </w:rPr>
        <w:br/>
        <w:t>• joint tightness</w:t>
      </w:r>
      <w:r w:rsidRPr="00ED55F7">
        <w:rPr>
          <w:rFonts w:ascii="Roboto" w:eastAsia="Roboto" w:hAnsi="Roboto" w:cs="Roboto"/>
          <w:lang w:val="en-US"/>
        </w:rPr>
        <w:br/>
        <w:t>• side-to-side movement</w:t>
      </w:r>
      <w:r w:rsidRPr="00ED55F7">
        <w:rPr>
          <w:rFonts w:ascii="Roboto" w:eastAsia="Roboto" w:hAnsi="Roboto" w:cs="Roboto"/>
          <w:lang w:val="en-US"/>
        </w:rPr>
        <w:br/>
        <w:t>• cardboard bending</w:t>
      </w:r>
      <w:r w:rsidRPr="00ED55F7">
        <w:rPr>
          <w:rFonts w:ascii="Roboto" w:eastAsia="Roboto" w:hAnsi="Roboto" w:cs="Roboto"/>
          <w:lang w:val="en-US"/>
        </w:rPr>
        <w:br/>
        <w:t>• servo-mount stability</w:t>
      </w:r>
      <w:r w:rsidRPr="00ED55F7">
        <w:rPr>
          <w:rFonts w:ascii="Roboto" w:eastAsia="Roboto" w:hAnsi="Roboto" w:cs="Roboto"/>
          <w:lang w:val="en-US"/>
        </w:rPr>
        <w:br/>
        <w:t>• movement under a small load</w:t>
      </w:r>
      <w:r w:rsidRPr="00ED55F7">
        <w:rPr>
          <w:rFonts w:ascii="Roboto" w:eastAsia="Roboto" w:hAnsi="Roboto" w:cs="Roboto"/>
          <w:lang w:val="en-US"/>
        </w:rPr>
        <w:br/>
      </w:r>
      <w:r w:rsidRPr="00ED55F7">
        <w:rPr>
          <w:rFonts w:ascii="Roboto" w:eastAsia="Roboto" w:hAnsi="Roboto" w:cs="Roboto"/>
          <w:lang w:val="en-US"/>
        </w:rPr>
        <w:br/>
        <w:t>Evidence:</w:t>
      </w:r>
      <w:r w:rsidRPr="00ED55F7">
        <w:rPr>
          <w:rFonts w:ascii="Roboto" w:eastAsia="Roboto" w:hAnsi="Roboto" w:cs="Roboto"/>
          <w:lang w:val="en-US"/>
        </w:rPr>
        <w:br/>
        <w:t>• photo of the joint</w:t>
      </w:r>
      <w:r w:rsidRPr="00ED55F7">
        <w:rPr>
          <w:rFonts w:ascii="Roboto" w:eastAsia="Roboto" w:hAnsi="Roboto" w:cs="Roboto"/>
          <w:lang w:val="en-US"/>
        </w:rPr>
        <w:br/>
        <w:t>• short record of at least one problem found</w:t>
      </w:r>
      <w:r w:rsidRPr="00ED55F7">
        <w:rPr>
          <w:rFonts w:ascii="Roboto" w:eastAsia="Roboto" w:hAnsi="Roboto" w:cs="Roboto"/>
          <w:lang w:val="en-US"/>
        </w:rPr>
        <w:br/>
        <w:t>• explanation of one improvement made</w:t>
      </w:r>
      <w:r w:rsidRPr="00ED55F7">
        <w:rPr>
          <w:rFonts w:ascii="Roboto" w:eastAsia="Roboto" w:hAnsi="Roboto" w:cs="Roboto"/>
          <w:lang w:val="en-US"/>
        </w:rPr>
        <w:br/>
        <w:t>• statement identifying where the joint could be used in the final arm</w:t>
      </w:r>
      <w:r w:rsidRPr="00ED55F7">
        <w:rPr>
          <w:rFonts w:ascii="Roboto" w:eastAsia="Roboto" w:hAnsi="Roboto" w:cs="Roboto"/>
          <w:lang w:val="en-US"/>
        </w:rPr>
        <w:br/>
      </w:r>
      <w:r w:rsidRPr="00ED55F7">
        <w:rPr>
          <w:rFonts w:ascii="Roboto" w:eastAsia="Roboto" w:hAnsi="Roboto" w:cs="Roboto"/>
          <w:lang w:val="en-US"/>
        </w:rPr>
        <w:br/>
        <w:t>The goal is controlled and repeatable motion, not simply a joint that can move.</w:t>
      </w:r>
    </w:p>
    <w:p w14:paraId="195EA76E" w14:textId="5F49F808" w:rsidR="00F840DA" w:rsidRPr="00F840DA" w:rsidRDefault="00F840DA" w:rsidP="00F840DA">
      <w:pPr>
        <w:rPr>
          <w:rFonts w:ascii="Roboto" w:eastAsia="Roboto" w:hAnsi="Roboto" w:cs="Roboto"/>
          <w:lang w:val="en-US"/>
        </w:rPr>
      </w:pPr>
      <w:r>
        <w:rPr>
          <w:rFonts w:ascii="Roboto" w:eastAsia="Roboto" w:hAnsi="Roboto" w:cs="Roboto"/>
          <w:noProof/>
        </w:rPr>
        <mc:AlternateContent>
          <mc:Choice Requires="wps">
            <w:drawing>
              <wp:anchor distT="0" distB="0" distL="114300" distR="114300" simplePos="0" relativeHeight="251692032" behindDoc="0" locked="0" layoutInCell="1" allowOverlap="1" wp14:anchorId="33BD3947" wp14:editId="7D4B219F">
                <wp:simplePos x="0" y="0"/>
                <wp:positionH relativeFrom="margin">
                  <wp:posOffset>0</wp:posOffset>
                </wp:positionH>
                <wp:positionV relativeFrom="paragraph">
                  <wp:posOffset>313690</wp:posOffset>
                </wp:positionV>
                <wp:extent cx="5972175" cy="2209800"/>
                <wp:effectExtent l="0" t="0" r="28575" b="19050"/>
                <wp:wrapTopAndBottom/>
                <wp:docPr id="925570100" name="Rectangle: Rounded Corners 4"/>
                <wp:cNvGraphicFramePr/>
                <a:graphic xmlns:a="http://schemas.openxmlformats.org/drawingml/2006/main">
                  <a:graphicData uri="http://schemas.microsoft.com/office/word/2010/wordprocessingShape">
                    <wps:wsp>
                      <wps:cNvSpPr/>
                      <wps:spPr>
                        <a:xfrm>
                          <a:off x="0" y="0"/>
                          <a:ext cx="5972175" cy="2209800"/>
                        </a:xfrm>
                        <a:prstGeom prst="roundRect">
                          <a:avLst>
                            <a:gd name="adj" fmla="val 1841"/>
                          </a:avLst>
                        </a:prstGeom>
                        <a:solidFill>
                          <a:schemeClr val="bg1">
                            <a:lumMod val="95000"/>
                          </a:schemeClr>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EA69A98" id="Rectangle: Rounded Corners 4" o:spid="_x0000_s1026" style="position:absolute;margin-left:0;margin-top:24.7pt;width:470.25pt;height:174pt;z-index:2516920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2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" fillcolor="#f2f2f2 [3052]" strokecolor="#0a121c [484]" strokeweight=".5pt">
                <w10:wrap type="topAndBottom" anchorx="margin"/>
              </v:roundrect>
            </w:pict>
          </mc:Fallback>
        </mc:AlternateContent>
      </w:r>
    </w:p>
    <w:p w14:paraId="4C574478" w14:textId="77777777" w:rsidR="009C04A2" w:rsidRDefault="003E060F">
      <w:pPr>
        <w:rPr>
          <w:rFonts w:ascii="Roboto" w:eastAsia="Roboto" w:hAnsi="Roboto" w:cs="Roboto"/>
        </w:rPr>
      </w:pPr>
      <w:r>
        <w:rPr>
          <w:rFonts w:ascii="Roboto" w:eastAsia="Roboto" w:hAnsi="Roboto" w:cs="Roboto"/>
        </w:rPr>
        <w:t xml:space="preserve"> </w:t>
      </w:r>
    </w:p>
    <w:p w14:paraId="0A03B0FF" w14:textId="77777777" w:rsidR="009C04A2" w:rsidRDefault="003E060F">
      <w:pPr>
        <w:pStyle w:val="Heading2"/>
      </w:pPr>
      <w:r>
        <w:lastRenderedPageBreak/>
        <w:t>Alternative Robotic Arm Designs</w:t>
      </w:r>
      <w:r>
        <w:rPr>
          <w:noProof/>
        </w:rPr>
        <w:drawing>
          <wp:anchor distT="114300" distB="114300" distL="114300" distR="114300" simplePos="0" relativeHeight="251666432" behindDoc="0" locked="0" layoutInCell="1" hidden="0" allowOverlap="1" wp14:anchorId="24E8DA28" wp14:editId="1405F9E4">
            <wp:simplePos x="0" y="0"/>
            <wp:positionH relativeFrom="column">
              <wp:posOffset>2</wp:posOffset>
            </wp:positionH>
            <wp:positionV relativeFrom="paragraph">
              <wp:posOffset>361950</wp:posOffset>
            </wp:positionV>
            <wp:extent cx="1371600" cy="1056132"/>
            <wp:effectExtent l="0" t="0" r="0" b="0"/>
            <wp:wrapSquare wrapText="bothSides" distT="114300" distB="114300" distL="114300" distR="114300"/>
            <wp:docPr id="210831836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1371600" cy="1056132"/>
                    </a:xfrm>
                    <a:prstGeom prst="rect">
                      <a:avLst/>
                    </a:prstGeom>
                    <a:ln/>
                  </pic:spPr>
                </pic:pic>
              </a:graphicData>
            </a:graphic>
          </wp:anchor>
        </w:drawing>
      </w:r>
    </w:p>
    <w:p w14:paraId="4AA9EF8B" w14:textId="77777777" w:rsidR="009C04A2" w:rsidRDefault="003E060F">
      <w:pPr>
        <w:rPr>
          <w:rFonts w:ascii="Roboto" w:eastAsia="Roboto" w:hAnsi="Roboto" w:cs="Roboto"/>
        </w:rPr>
      </w:pPr>
      <w:r>
        <w:rPr>
          <w:rFonts w:ascii="Roboto" w:eastAsia="Roboto" w:hAnsi="Roboto" w:cs="Roboto"/>
        </w:rPr>
        <w:t xml:space="preserve">Engineers don’t just dive in and start cutting—they plan. A good sketch helps you build smarter, solve problems early, and get your design approved faster. Plan your robotic arm design by drawing a clear, labeled sketch that shows how each part will move and where your servos will go. </w:t>
      </w:r>
    </w:p>
    <w:p w14:paraId="74577738" w14:textId="77777777" w:rsidR="009C04A2" w:rsidRDefault="003E060F">
      <w:pPr>
        <w:jc w:val="center"/>
        <w:rPr>
          <w:rFonts w:ascii="Roboto" w:eastAsia="Roboto" w:hAnsi="Roboto" w:cs="Roboto"/>
        </w:rPr>
      </w:pPr>
      <w:r>
        <w:rPr>
          <w:rFonts w:ascii="Roboto" w:eastAsia="Roboto" w:hAnsi="Roboto" w:cs="Roboto"/>
          <w:noProof/>
        </w:rPr>
        <w:drawing>
          <wp:inline distT="0" distB="0" distL="0" distR="0" wp14:anchorId="44504CA3" wp14:editId="5798D484">
            <wp:extent cx="4471670" cy="2981325"/>
            <wp:effectExtent l="0" t="0" r="0" b="0"/>
            <wp:docPr id="2108318376" name="image12.png" descr="A line drawing of mechanical arm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2.png" descr="A line drawing of mechanical arms&#10;&#10;AI-generated content may be incorrect."/>
                    <pic:cNvPicPr preferRelativeResize="0"/>
                  </pic:nvPicPr>
                  <pic:blipFill>
                    <a:blip r:embed="rId14"/>
                    <a:srcRect/>
                    <a:stretch>
                      <a:fillRect/>
                    </a:stretch>
                  </pic:blipFill>
                  <pic:spPr>
                    <a:xfrm>
                      <a:off x="0" y="0"/>
                      <a:ext cx="4471670" cy="2981325"/>
                    </a:xfrm>
                    <a:prstGeom prst="rect">
                      <a:avLst/>
                    </a:prstGeom>
                    <a:ln/>
                  </pic:spPr>
                </pic:pic>
              </a:graphicData>
            </a:graphic>
          </wp:inline>
        </w:drawing>
      </w:r>
    </w:p>
    <w:p w14:paraId="5A85835F" w14:textId="77777777" w:rsidR="009C04A2" w:rsidRDefault="003E060F">
      <w:pPr>
        <w:rPr>
          <w:rFonts w:ascii="Roboto" w:eastAsia="Roboto" w:hAnsi="Roboto" w:cs="Roboto"/>
        </w:rPr>
      </w:pPr>
      <w:r>
        <w:rPr>
          <w:rFonts w:ascii="Roboto" w:eastAsia="Roboto" w:hAnsi="Roboto" w:cs="Roboto"/>
        </w:rPr>
        <w:t>Tasks:</w:t>
      </w:r>
    </w:p>
    <w:p w14:paraId="4F0DC03B" w14:textId="77777777" w:rsidR="009C04A2" w:rsidRDefault="003E060F">
      <w:pPr>
        <w:numPr>
          <w:ilvl w:val="0"/>
          <w:numId w:val="2"/>
        </w:numPr>
      </w:pPr>
      <w:r>
        <w:rPr>
          <w:rFonts w:ascii="Roboto" w:eastAsia="Roboto" w:hAnsi="Roboto" w:cs="Roboto"/>
        </w:rPr>
        <w:t>Draw a Side View of Your Robotic Arm</w:t>
      </w:r>
      <w:r>
        <w:rPr>
          <w:rFonts w:ascii="Roboto" w:eastAsia="Roboto" w:hAnsi="Roboto" w:cs="Roboto"/>
        </w:rPr>
        <w:br/>
        <w:t>Include:</w:t>
      </w:r>
    </w:p>
    <w:p w14:paraId="5D9486C7" w14:textId="77777777" w:rsidR="009C04A2" w:rsidRDefault="003E060F">
      <w:pPr>
        <w:numPr>
          <w:ilvl w:val="1"/>
          <w:numId w:val="2"/>
        </w:numPr>
        <w:spacing w:line="240" w:lineRule="auto"/>
        <w:rPr>
          <w:rFonts w:ascii="Roboto" w:eastAsia="Roboto" w:hAnsi="Roboto" w:cs="Roboto"/>
        </w:rPr>
      </w:pPr>
      <w:r>
        <w:rPr>
          <w:rFonts w:ascii="Roboto" w:eastAsia="Roboto" w:hAnsi="Roboto" w:cs="Roboto"/>
        </w:rPr>
        <w:t>Base</w:t>
      </w:r>
    </w:p>
    <w:p w14:paraId="260356FD" w14:textId="77777777" w:rsidR="009C04A2" w:rsidRDefault="003E060F">
      <w:pPr>
        <w:numPr>
          <w:ilvl w:val="1"/>
          <w:numId w:val="2"/>
        </w:numPr>
        <w:spacing w:line="240" w:lineRule="auto"/>
        <w:rPr>
          <w:rFonts w:ascii="Roboto" w:eastAsia="Roboto" w:hAnsi="Roboto" w:cs="Roboto"/>
        </w:rPr>
      </w:pPr>
      <w:r>
        <w:rPr>
          <w:rFonts w:ascii="Roboto" w:eastAsia="Roboto" w:hAnsi="Roboto" w:cs="Roboto"/>
        </w:rPr>
        <w:t>Arm segments (upper arm, lower arm)</w:t>
      </w:r>
    </w:p>
    <w:p w14:paraId="692CE174" w14:textId="77777777" w:rsidR="009C04A2" w:rsidRDefault="003E060F">
      <w:pPr>
        <w:numPr>
          <w:ilvl w:val="1"/>
          <w:numId w:val="2"/>
        </w:numPr>
        <w:spacing w:line="240" w:lineRule="auto"/>
        <w:rPr>
          <w:rFonts w:ascii="Roboto" w:eastAsia="Roboto" w:hAnsi="Roboto" w:cs="Roboto"/>
        </w:rPr>
      </w:pPr>
      <w:r>
        <w:rPr>
          <w:rFonts w:ascii="Roboto" w:eastAsia="Roboto" w:hAnsi="Roboto" w:cs="Roboto"/>
        </w:rPr>
        <w:t>Gripper</w:t>
      </w:r>
    </w:p>
    <w:p w14:paraId="79D20C28" w14:textId="77777777" w:rsidR="009C04A2" w:rsidRDefault="003E060F">
      <w:pPr>
        <w:numPr>
          <w:ilvl w:val="1"/>
          <w:numId w:val="2"/>
        </w:numPr>
        <w:spacing w:line="240" w:lineRule="auto"/>
        <w:rPr>
          <w:rFonts w:ascii="Roboto" w:eastAsia="Roboto" w:hAnsi="Roboto" w:cs="Roboto"/>
        </w:rPr>
      </w:pPr>
      <w:r>
        <w:rPr>
          <w:rFonts w:ascii="Roboto" w:eastAsia="Roboto" w:hAnsi="Roboto" w:cs="Roboto"/>
        </w:rPr>
        <w:t>Servo locations</w:t>
      </w:r>
    </w:p>
    <w:p w14:paraId="0A2965C0" w14:textId="77777777" w:rsidR="009C04A2" w:rsidRDefault="003E060F">
      <w:pPr>
        <w:numPr>
          <w:ilvl w:val="0"/>
          <w:numId w:val="2"/>
        </w:numPr>
      </w:pPr>
      <w:r>
        <w:rPr>
          <w:rFonts w:ascii="Roboto" w:eastAsia="Roboto" w:hAnsi="Roboto" w:cs="Roboto"/>
        </w:rPr>
        <w:t>Add Motion Arrows</w:t>
      </w:r>
      <w:r>
        <w:rPr>
          <w:rFonts w:ascii="Roboto" w:eastAsia="Roboto" w:hAnsi="Roboto" w:cs="Roboto"/>
        </w:rPr>
        <w:br/>
        <w:t>Use arrows to show how each part of the arm will move:</w:t>
      </w:r>
    </w:p>
    <w:p w14:paraId="71313D1B" w14:textId="77777777" w:rsidR="009C04A2" w:rsidRDefault="003E060F">
      <w:pPr>
        <w:numPr>
          <w:ilvl w:val="1"/>
          <w:numId w:val="2"/>
        </w:numPr>
        <w:rPr>
          <w:rFonts w:ascii="Roboto" w:eastAsia="Roboto" w:hAnsi="Roboto" w:cs="Roboto"/>
        </w:rPr>
      </w:pPr>
      <w:r>
        <w:rPr>
          <w:rFonts w:ascii="Roboto" w:eastAsia="Roboto" w:hAnsi="Roboto" w:cs="Roboto"/>
        </w:rPr>
        <w:t>Rotation (curved arrow)</w:t>
      </w:r>
    </w:p>
    <w:p w14:paraId="09022428" w14:textId="77777777" w:rsidR="009C04A2" w:rsidRDefault="003E060F">
      <w:pPr>
        <w:numPr>
          <w:ilvl w:val="1"/>
          <w:numId w:val="2"/>
        </w:numPr>
        <w:rPr>
          <w:rFonts w:ascii="Roboto" w:eastAsia="Roboto" w:hAnsi="Roboto" w:cs="Roboto"/>
        </w:rPr>
      </w:pPr>
      <w:r>
        <w:rPr>
          <w:rFonts w:ascii="Roboto" w:eastAsia="Roboto" w:hAnsi="Roboto" w:cs="Roboto"/>
        </w:rPr>
        <w:t>Lift/lower (straight up/down)</w:t>
      </w:r>
    </w:p>
    <w:p w14:paraId="3231C303" w14:textId="77777777" w:rsidR="009C04A2" w:rsidRDefault="003E060F">
      <w:pPr>
        <w:numPr>
          <w:ilvl w:val="1"/>
          <w:numId w:val="2"/>
        </w:numPr>
        <w:rPr>
          <w:rFonts w:ascii="Roboto" w:eastAsia="Roboto" w:hAnsi="Roboto" w:cs="Roboto"/>
        </w:rPr>
      </w:pPr>
      <w:r>
        <w:rPr>
          <w:rFonts w:ascii="Roboto" w:eastAsia="Roboto" w:hAnsi="Roboto" w:cs="Roboto"/>
        </w:rPr>
        <w:t>Open/close (gripper motion)</w:t>
      </w:r>
    </w:p>
    <w:p w14:paraId="3A131192" w14:textId="77777777" w:rsidR="009C04A2" w:rsidRDefault="003E060F">
      <w:pPr>
        <w:numPr>
          <w:ilvl w:val="0"/>
          <w:numId w:val="2"/>
        </w:numPr>
      </w:pPr>
      <w:r>
        <w:rPr>
          <w:rFonts w:ascii="Roboto" w:eastAsia="Roboto" w:hAnsi="Roboto" w:cs="Roboto"/>
        </w:rPr>
        <w:lastRenderedPageBreak/>
        <w:t>Label Your Parts</w:t>
      </w:r>
      <w:r>
        <w:rPr>
          <w:rFonts w:ascii="Roboto" w:eastAsia="Roboto" w:hAnsi="Roboto" w:cs="Roboto"/>
        </w:rPr>
        <w:br/>
        <w:t>Clearly label:</w:t>
      </w:r>
    </w:p>
    <w:p w14:paraId="0895F2D2" w14:textId="77777777" w:rsidR="009C04A2" w:rsidRDefault="003E060F">
      <w:pPr>
        <w:numPr>
          <w:ilvl w:val="1"/>
          <w:numId w:val="2"/>
        </w:numPr>
        <w:rPr>
          <w:rFonts w:ascii="Roboto" w:eastAsia="Roboto" w:hAnsi="Roboto" w:cs="Roboto"/>
        </w:rPr>
      </w:pPr>
      <w:r>
        <w:rPr>
          <w:rFonts w:ascii="Roboto" w:eastAsia="Roboto" w:hAnsi="Roboto" w:cs="Roboto"/>
        </w:rPr>
        <w:t>Each joint (e.g., base, elbow, wrist)</w:t>
      </w:r>
    </w:p>
    <w:p w14:paraId="7B912186" w14:textId="77777777" w:rsidR="009C04A2" w:rsidRDefault="003E060F">
      <w:pPr>
        <w:numPr>
          <w:ilvl w:val="1"/>
          <w:numId w:val="2"/>
        </w:numPr>
        <w:rPr>
          <w:rFonts w:ascii="Roboto" w:eastAsia="Roboto" w:hAnsi="Roboto" w:cs="Roboto"/>
        </w:rPr>
      </w:pPr>
      <w:r>
        <w:rPr>
          <w:rFonts w:ascii="Roboto" w:eastAsia="Roboto" w:hAnsi="Roboto" w:cs="Roboto"/>
        </w:rPr>
        <w:t>The type of motion</w:t>
      </w:r>
    </w:p>
    <w:p w14:paraId="09C01D93" w14:textId="77777777" w:rsidR="009C04A2" w:rsidRDefault="003E060F">
      <w:pPr>
        <w:numPr>
          <w:ilvl w:val="1"/>
          <w:numId w:val="2"/>
        </w:numPr>
        <w:rPr>
          <w:rFonts w:ascii="Roboto" w:eastAsia="Roboto" w:hAnsi="Roboto" w:cs="Roboto"/>
        </w:rPr>
      </w:pPr>
      <w:r>
        <w:rPr>
          <w:rFonts w:ascii="Roboto" w:eastAsia="Roboto" w:hAnsi="Roboto" w:cs="Roboto"/>
        </w:rPr>
        <w:t>Where servos will be mounted</w:t>
      </w:r>
    </w:p>
    <w:p w14:paraId="69D5F855" w14:textId="77777777" w:rsidR="00ED55F7" w:rsidRPr="002573A8" w:rsidRDefault="00ED55F7">
      <w:pPr>
        <w:numPr>
          <w:ilvl w:val="0"/>
          <w:numId w:val="2"/>
        </w:numPr>
      </w:pPr>
      <w:r w:rsidRPr="00ED55F7">
        <w:rPr>
          <w:rFonts w:ascii="Roboto" w:eastAsia="Roboto" w:hAnsi="Roboto" w:cs="Roboto"/>
          <w:lang w:val="en-US"/>
        </w:rPr>
        <w:t>Evidence: Submit three labeled design sketches with brief explanations.</w:t>
      </w:r>
      <w:r w:rsidRPr="00ED55F7">
        <w:rPr>
          <w:rFonts w:ascii="Roboto" w:eastAsia="Roboto" w:hAnsi="Roboto" w:cs="Roboto"/>
          <w:lang w:val="en-US"/>
        </w:rPr>
        <w:br/>
      </w:r>
      <w:r w:rsidRPr="00ED55F7">
        <w:rPr>
          <w:rFonts w:ascii="Roboto" w:eastAsia="Roboto" w:hAnsi="Roboto" w:cs="Roboto"/>
          <w:lang w:val="en-US"/>
        </w:rPr>
        <w:br/>
        <w:t>The designs should differ in more than appearance. Change the arm geometry, gripper, joint arrangement, servo placement, or movement sequence.</w:t>
      </w:r>
    </w:p>
    <w:p w14:paraId="3F5FD822" w14:textId="77777777" w:rsidR="009C04A2" w:rsidRDefault="009C04A2">
      <w:pPr>
        <w:rPr>
          <w:rFonts w:ascii="Roboto" w:eastAsia="Roboto" w:hAnsi="Roboto" w:cs="Roboto"/>
        </w:rPr>
      </w:pPr>
    </w:p>
    <w:p w14:paraId="5AF36E89" w14:textId="72ECE1C0" w:rsidR="009C04A2" w:rsidRDefault="00F840DA">
      <w:pPr>
        <w:pStyle w:val="Heading2"/>
        <w:rPr>
          <w:b w:val="0"/>
        </w:rPr>
      </w:pPr>
      <w:r>
        <w:rPr>
          <w:noProof/>
        </w:rPr>
        <mc:AlternateContent>
          <mc:Choice Requires="wps">
            <w:drawing>
              <wp:anchor distT="0" distB="0" distL="114300" distR="114300" simplePos="0" relativeHeight="251694080" behindDoc="0" locked="0" layoutInCell="1" allowOverlap="1" wp14:anchorId="049D6609" wp14:editId="354F1A43">
                <wp:simplePos x="0" y="0"/>
                <wp:positionH relativeFrom="margin">
                  <wp:align>left</wp:align>
                </wp:positionH>
                <wp:positionV relativeFrom="paragraph">
                  <wp:posOffset>262255</wp:posOffset>
                </wp:positionV>
                <wp:extent cx="5972175" cy="4752975"/>
                <wp:effectExtent l="0" t="0" r="28575" b="28575"/>
                <wp:wrapTopAndBottom/>
                <wp:docPr id="105976563" name="Rectangle: Rounded Corners 4"/>
                <wp:cNvGraphicFramePr/>
                <a:graphic xmlns:a="http://schemas.openxmlformats.org/drawingml/2006/main">
                  <a:graphicData uri="http://schemas.microsoft.com/office/word/2010/wordprocessingShape">
                    <wps:wsp>
                      <wps:cNvSpPr/>
                      <wps:spPr>
                        <a:xfrm>
                          <a:off x="0" y="0"/>
                          <a:ext cx="5972175" cy="4752975"/>
                        </a:xfrm>
                        <a:prstGeom prst="roundRect">
                          <a:avLst>
                            <a:gd name="adj" fmla="val 1841"/>
                          </a:avLst>
                        </a:prstGeom>
                        <a:solidFill>
                          <a:schemeClr val="bg1">
                            <a:lumMod val="95000"/>
                          </a:schemeClr>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18632DE" id="Rectangle: Rounded Corners 4" o:spid="_x0000_s1026" style="position:absolute;margin-left:0;margin-top:20.65pt;width:470.25pt;height:374.25pt;z-index:25169408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2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" fillcolor="#f2f2f2 [3052]" strokecolor="#0a121c [484]" strokeweight=".5pt">
                <w10:wrap type="topAndBottom" anchorx="margin"/>
              </v:roundrect>
            </w:pict>
          </mc:Fallback>
        </mc:AlternateContent>
      </w:r>
    </w:p>
    <w:p w14:paraId="47E463F9" w14:textId="77777777" w:rsidR="009C04A2" w:rsidRDefault="009C04A2">
      <w:pPr>
        <w:rPr>
          <w:rFonts w:ascii="Roboto" w:eastAsia="Roboto" w:hAnsi="Roboto" w:cs="Roboto"/>
        </w:rPr>
      </w:pPr>
    </w:p>
    <w:p w14:paraId="1FDC1802" w14:textId="77777777" w:rsidR="009C04A2" w:rsidRDefault="009C04A2">
      <w:pPr>
        <w:rPr>
          <w:rFonts w:ascii="Roboto" w:eastAsia="Roboto" w:hAnsi="Roboto" w:cs="Roboto"/>
        </w:rPr>
      </w:pPr>
    </w:p>
    <w:p w14:paraId="58E69AB3" w14:textId="77777777" w:rsidR="009C04A2" w:rsidRDefault="003E060F">
      <w:pPr>
        <w:pStyle w:val="Heading2"/>
      </w:pPr>
      <w:bookmarkStart w:id="1" w:name="_heading=h.dugebzf6nl9" w:colFirst="0" w:colLast="0"/>
      <w:bookmarkEnd w:id="1"/>
      <w:r>
        <w:lastRenderedPageBreak/>
        <w:t>Optimal Robotic Arm Design</w:t>
      </w:r>
    </w:p>
    <w:p w14:paraId="21C9A3AA" w14:textId="40C0526B" w:rsidR="009C04A2" w:rsidRDefault="003E060F">
      <w:pPr>
        <w:spacing w:before="240" w:after="240"/>
        <w:rPr>
          <w:rFonts w:ascii="Roboto" w:eastAsia="Roboto" w:hAnsi="Roboto" w:cs="Roboto"/>
        </w:rPr>
      </w:pPr>
      <w:r>
        <w:rPr>
          <w:rFonts w:ascii="Roboto" w:eastAsia="Roboto" w:hAnsi="Roboto" w:cs="Roboto"/>
        </w:rPr>
        <w:t xml:space="preserve">Every engineer </w:t>
      </w:r>
      <w:r w:rsidR="002E374F">
        <w:rPr>
          <w:rFonts w:ascii="Roboto" w:eastAsia="Roboto" w:hAnsi="Roboto" w:cs="Roboto"/>
        </w:rPr>
        <w:t>must</w:t>
      </w:r>
      <w:r>
        <w:rPr>
          <w:rFonts w:ascii="Roboto" w:eastAsia="Roboto" w:hAnsi="Roboto" w:cs="Roboto"/>
        </w:rPr>
        <w:t xml:space="preserve"> make tough choices. You’ve explored grippers, sketched designs, and experimented with servos. Now comes the real test: deciding which idea is worth building. This step is about thinking critically, comparing your options, and backing up your choice with solid reasoning. In engineering, it’s not about picking the “coolest” idea—it’s about picking the one that works best for the task.</w:t>
      </w:r>
      <w:r>
        <w:rPr>
          <w:noProof/>
        </w:rPr>
        <w:drawing>
          <wp:anchor distT="114300" distB="114300" distL="114300" distR="114300" simplePos="0" relativeHeight="251667456" behindDoc="0" locked="0" layoutInCell="1" hidden="0" allowOverlap="1" wp14:anchorId="1D1DBAD9" wp14:editId="1895EA15">
            <wp:simplePos x="0" y="0"/>
            <wp:positionH relativeFrom="column">
              <wp:posOffset>2</wp:posOffset>
            </wp:positionH>
            <wp:positionV relativeFrom="paragraph">
              <wp:posOffset>146642</wp:posOffset>
            </wp:positionV>
            <wp:extent cx="1371600" cy="1042416"/>
            <wp:effectExtent l="0" t="0" r="0" b="0"/>
            <wp:wrapSquare wrapText="bothSides" distT="114300" distB="114300" distL="114300" distR="114300"/>
            <wp:docPr id="210831836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1371600" cy="1042416"/>
                    </a:xfrm>
                    <a:prstGeom prst="rect">
                      <a:avLst/>
                    </a:prstGeom>
                    <a:ln/>
                  </pic:spPr>
                </pic:pic>
              </a:graphicData>
            </a:graphic>
          </wp:anchor>
        </w:drawing>
      </w:r>
    </w:p>
    <w:p w14:paraId="2537248F" w14:textId="77777777" w:rsidR="00ED55F7" w:rsidRDefault="00ED55F7">
      <w:pPr>
        <w:spacing w:before="240" w:after="240"/>
        <w:rPr>
          <w:rFonts w:ascii="Roboto" w:eastAsia="Roboto" w:hAnsi="Roboto" w:cs="Roboto"/>
          <w:lang w:val="en-US"/>
        </w:rPr>
      </w:pPr>
      <w:r w:rsidRPr="00ED55F7">
        <w:rPr>
          <w:rFonts w:ascii="Roboto" w:eastAsia="Roboto" w:hAnsi="Roboto" w:cs="Roboto"/>
          <w:lang w:val="en-US"/>
        </w:rPr>
        <w:t>Compare the three designs using the existing decision criteria:</w:t>
      </w:r>
      <w:r w:rsidRPr="00ED55F7">
        <w:rPr>
          <w:rFonts w:ascii="Roboto" w:eastAsia="Roboto" w:hAnsi="Roboto" w:cs="Roboto"/>
          <w:lang w:val="en-US"/>
        </w:rPr>
        <w:br/>
        <w:t>• stability and strength</w:t>
      </w:r>
      <w:r w:rsidRPr="00ED55F7">
        <w:rPr>
          <w:rFonts w:ascii="Roboto" w:eastAsia="Roboto" w:hAnsi="Roboto" w:cs="Roboto"/>
          <w:lang w:val="en-US"/>
        </w:rPr>
        <w:br/>
        <w:t>• range of motion</w:t>
      </w:r>
      <w:r w:rsidRPr="00ED55F7">
        <w:rPr>
          <w:rFonts w:ascii="Roboto" w:eastAsia="Roboto" w:hAnsi="Roboto" w:cs="Roboto"/>
          <w:lang w:val="en-US"/>
        </w:rPr>
        <w:br/>
        <w:t>• gripper performance</w:t>
      </w:r>
      <w:r w:rsidRPr="00ED55F7">
        <w:rPr>
          <w:rFonts w:ascii="Roboto" w:eastAsia="Roboto" w:hAnsi="Roboto" w:cs="Roboto"/>
          <w:lang w:val="en-US"/>
        </w:rPr>
        <w:br/>
        <w:t>• build feasibility</w:t>
      </w:r>
      <w:r w:rsidRPr="00ED55F7">
        <w:rPr>
          <w:rFonts w:ascii="Roboto" w:eastAsia="Roboto" w:hAnsi="Roboto" w:cs="Roboto"/>
          <w:lang w:val="en-US"/>
        </w:rPr>
        <w:br/>
        <w:t>• servo placement</w:t>
      </w:r>
      <w:r w:rsidRPr="00ED55F7">
        <w:rPr>
          <w:rFonts w:ascii="Roboto" w:eastAsia="Roboto" w:hAnsi="Roboto" w:cs="Roboto"/>
          <w:lang w:val="en-US"/>
        </w:rPr>
        <w:br/>
        <w:t>• likelihood of completing the Point A to Point B task</w:t>
      </w:r>
      <w:r w:rsidRPr="00ED55F7">
        <w:rPr>
          <w:rFonts w:ascii="Roboto" w:eastAsia="Roboto" w:hAnsi="Roboto" w:cs="Roboto"/>
          <w:lang w:val="en-US"/>
        </w:rPr>
        <w:br/>
      </w:r>
      <w:r w:rsidRPr="00ED55F7">
        <w:rPr>
          <w:rFonts w:ascii="Roboto" w:eastAsia="Roboto" w:hAnsi="Roboto" w:cs="Roboto"/>
          <w:lang w:val="en-US"/>
        </w:rPr>
        <w:br/>
        <w:t>You may select one design or combine the strongest features from multiple ideas to create the best final design.</w:t>
      </w:r>
      <w:r w:rsidRPr="00ED55F7">
        <w:rPr>
          <w:rFonts w:ascii="Roboto" w:eastAsia="Roboto" w:hAnsi="Roboto" w:cs="Roboto"/>
          <w:lang w:val="en-US"/>
        </w:rPr>
        <w:br/>
      </w:r>
      <w:r w:rsidRPr="00ED55F7">
        <w:rPr>
          <w:rFonts w:ascii="Roboto" w:eastAsia="Roboto" w:hAnsi="Roboto" w:cs="Roboto"/>
          <w:lang w:val="en-US"/>
        </w:rPr>
        <w:br/>
        <w:t>Evidence:</w:t>
      </w:r>
      <w:r w:rsidRPr="00ED55F7">
        <w:rPr>
          <w:rFonts w:ascii="Roboto" w:eastAsia="Roboto" w:hAnsi="Roboto" w:cs="Roboto"/>
          <w:lang w:val="en-US"/>
        </w:rPr>
        <w:br/>
        <w:t>• comparison chart</w:t>
      </w:r>
      <w:r w:rsidRPr="00ED55F7">
        <w:rPr>
          <w:rFonts w:ascii="Roboto" w:eastAsia="Roboto" w:hAnsi="Roboto" w:cs="Roboto"/>
          <w:lang w:val="en-US"/>
        </w:rPr>
        <w:br/>
        <w:t>• final labeled sketch</w:t>
      </w:r>
      <w:r w:rsidRPr="00ED55F7">
        <w:rPr>
          <w:rFonts w:ascii="Roboto" w:eastAsia="Roboto" w:hAnsi="Roboto" w:cs="Roboto"/>
          <w:lang w:val="en-US"/>
        </w:rPr>
        <w:br/>
        <w:t>• approximate dimensions</w:t>
      </w:r>
      <w:r w:rsidRPr="00ED55F7">
        <w:rPr>
          <w:rFonts w:ascii="Roboto" w:eastAsia="Roboto" w:hAnsi="Roboto" w:cs="Roboto"/>
          <w:lang w:val="en-US"/>
        </w:rPr>
        <w:br/>
        <w:t>• short explanation using at least two design criteria to justify the decision.</w:t>
      </w:r>
    </w:p>
    <w:p w14:paraId="42E1E3DE" w14:textId="75D7E287" w:rsidR="009C04A2" w:rsidRDefault="003E060F">
      <w:pPr>
        <w:numPr>
          <w:ilvl w:val="0"/>
          <w:numId w:val="6"/>
        </w:numPr>
        <w:spacing w:after="0"/>
      </w:pPr>
      <w:r>
        <w:rPr>
          <w:rFonts w:ascii="Roboto" w:eastAsia="Roboto" w:hAnsi="Roboto" w:cs="Roboto"/>
        </w:rPr>
        <w:t>Make Your Decision</w:t>
      </w:r>
      <w:r>
        <w:rPr>
          <w:rFonts w:ascii="Roboto" w:eastAsia="Roboto" w:hAnsi="Roboto" w:cs="Roboto"/>
        </w:rPr>
        <w:br/>
        <w:t xml:space="preserve"> Pick the design that balances performance, feasibility, and creativity. Engineers often choose the “best compromise,” not the perfect solution.</w:t>
      </w:r>
      <w:r>
        <w:rPr>
          <w:rFonts w:ascii="Roboto" w:eastAsia="Roboto" w:hAnsi="Roboto" w:cs="Roboto"/>
        </w:rPr>
        <w:br/>
      </w:r>
    </w:p>
    <w:p w14:paraId="6EEF9D7C" w14:textId="7BEA45B4" w:rsidR="009C04A2" w:rsidRPr="00F840DA" w:rsidRDefault="003E060F">
      <w:pPr>
        <w:numPr>
          <w:ilvl w:val="0"/>
          <w:numId w:val="6"/>
        </w:numPr>
        <w:spacing w:after="240"/>
      </w:pPr>
      <w:r>
        <w:rPr>
          <w:rFonts w:ascii="Roboto" w:eastAsia="Roboto" w:hAnsi="Roboto" w:cs="Roboto"/>
        </w:rPr>
        <w:t>Justify Your Choice</w:t>
      </w:r>
      <w:r>
        <w:rPr>
          <w:rFonts w:ascii="Roboto" w:eastAsia="Roboto" w:hAnsi="Roboto" w:cs="Roboto"/>
        </w:rPr>
        <w:br/>
        <w:t xml:space="preserve"> Write 3–4 sentences that explain your reasoning. Example:</w:t>
      </w:r>
      <w:r>
        <w:rPr>
          <w:rFonts w:ascii="Roboto" w:eastAsia="Roboto" w:hAnsi="Roboto" w:cs="Roboto"/>
        </w:rPr>
        <w:br/>
        <w:t xml:space="preserve"> </w:t>
      </w:r>
      <w:r>
        <w:rPr>
          <w:rFonts w:ascii="Roboto" w:eastAsia="Roboto" w:hAnsi="Roboto" w:cs="Roboto"/>
          <w:i/>
        </w:rPr>
        <w:t xml:space="preserve">“We chose Design B because it is the most stable and gives us a strong gripper. Even though Design A had more range of motion, it was too weak to pick up objects. Design B meets more of our criteria and is more likely to </w:t>
      </w:r>
      <w:proofErr w:type="gramStart"/>
      <w:r>
        <w:rPr>
          <w:rFonts w:ascii="Roboto" w:eastAsia="Roboto" w:hAnsi="Roboto" w:cs="Roboto"/>
          <w:i/>
        </w:rPr>
        <w:t>succeed.”</w:t>
      </w:r>
      <w:proofErr w:type="gramEnd"/>
    </w:p>
    <w:p w14:paraId="722BDA5A" w14:textId="70793AF6" w:rsidR="00F840DA" w:rsidRPr="00F840DA" w:rsidRDefault="00F840DA" w:rsidP="00F840DA">
      <w:pPr>
        <w:spacing w:after="240"/>
        <w:rPr>
          <w:iCs/>
        </w:rPr>
      </w:pPr>
      <w:r>
        <w:rPr>
          <w:rFonts w:ascii="Roboto" w:eastAsia="Roboto" w:hAnsi="Roboto" w:cs="Roboto"/>
          <w:noProof/>
        </w:rPr>
        <w:lastRenderedPageBreak/>
        <mc:AlternateContent>
          <mc:Choice Requires="wps">
            <w:drawing>
              <wp:anchor distT="0" distB="0" distL="114300" distR="114300" simplePos="0" relativeHeight="251696128" behindDoc="0" locked="0" layoutInCell="1" allowOverlap="1" wp14:anchorId="0988AE05" wp14:editId="17C549A1">
                <wp:simplePos x="0" y="0"/>
                <wp:positionH relativeFrom="margin">
                  <wp:align>left</wp:align>
                </wp:positionH>
                <wp:positionV relativeFrom="paragraph">
                  <wp:posOffset>342900</wp:posOffset>
                </wp:positionV>
                <wp:extent cx="5972175" cy="2276475"/>
                <wp:effectExtent l="0" t="0" r="28575" b="28575"/>
                <wp:wrapTopAndBottom/>
                <wp:docPr id="686931585" name="Rectangle: Rounded Corners 4"/>
                <wp:cNvGraphicFramePr/>
                <a:graphic xmlns:a="http://schemas.openxmlformats.org/drawingml/2006/main">
                  <a:graphicData uri="http://schemas.microsoft.com/office/word/2010/wordprocessingShape">
                    <wps:wsp>
                      <wps:cNvSpPr/>
                      <wps:spPr>
                        <a:xfrm>
                          <a:off x="0" y="0"/>
                          <a:ext cx="5972175" cy="2276475"/>
                        </a:xfrm>
                        <a:prstGeom prst="roundRect">
                          <a:avLst>
                            <a:gd name="adj" fmla="val 1841"/>
                          </a:avLst>
                        </a:prstGeom>
                        <a:solidFill>
                          <a:schemeClr val="bg1">
                            <a:lumMod val="95000"/>
                          </a:schemeClr>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692C577" id="Rectangle: Rounded Corners 4" o:spid="_x0000_s1026" style="position:absolute;margin-left:0;margin-top:27pt;width:470.25pt;height:179.25pt;z-index:2516961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2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" fillcolor="#f2f2f2 [3052]" strokecolor="#0a121c [484]" strokeweight=".5pt">
                <w10:wrap type="topAndBottom" anchorx="margin"/>
              </v:roundrect>
            </w:pict>
          </mc:Fallback>
        </mc:AlternateContent>
      </w:r>
    </w:p>
    <w:p w14:paraId="365F5106" w14:textId="77777777" w:rsidR="00F840DA" w:rsidRDefault="00F840DA">
      <w:pPr>
        <w:pStyle w:val="Heading2"/>
      </w:pPr>
    </w:p>
    <w:p w14:paraId="782A2ABE" w14:textId="77777777" w:rsidR="00F840DA" w:rsidRDefault="00F840DA">
      <w:pPr>
        <w:pStyle w:val="Heading2"/>
      </w:pPr>
    </w:p>
    <w:p w14:paraId="72647B4B" w14:textId="77777777" w:rsidR="00F840DA" w:rsidRDefault="00F840DA">
      <w:pPr>
        <w:pStyle w:val="Heading2"/>
      </w:pPr>
    </w:p>
    <w:p w14:paraId="4E43C541" w14:textId="77777777" w:rsidR="00F840DA" w:rsidRDefault="00F840DA">
      <w:pPr>
        <w:pStyle w:val="Heading2"/>
      </w:pPr>
    </w:p>
    <w:p w14:paraId="43DF5640" w14:textId="77777777" w:rsidR="00F840DA" w:rsidRDefault="00F840DA">
      <w:pPr>
        <w:pStyle w:val="Heading2"/>
      </w:pPr>
    </w:p>
    <w:p w14:paraId="1FF51E96" w14:textId="77777777" w:rsidR="00F840DA" w:rsidRDefault="00F840DA">
      <w:pPr>
        <w:pStyle w:val="Heading2"/>
      </w:pPr>
    </w:p>
    <w:p w14:paraId="2432D560" w14:textId="77777777" w:rsidR="00F840DA" w:rsidRDefault="00F840DA">
      <w:pPr>
        <w:pStyle w:val="Heading2"/>
      </w:pPr>
    </w:p>
    <w:p w14:paraId="5900569D" w14:textId="77777777" w:rsidR="00F840DA" w:rsidRDefault="00F840DA">
      <w:pPr>
        <w:pStyle w:val="Heading2"/>
      </w:pPr>
    </w:p>
    <w:p w14:paraId="2AC54DC3" w14:textId="77777777" w:rsidR="00F840DA" w:rsidRDefault="00F840DA">
      <w:pPr>
        <w:pStyle w:val="Heading2"/>
      </w:pPr>
    </w:p>
    <w:p w14:paraId="65FB50A1" w14:textId="77777777" w:rsidR="00F840DA" w:rsidRDefault="00F840DA">
      <w:pPr>
        <w:pStyle w:val="Heading2"/>
      </w:pPr>
    </w:p>
    <w:p w14:paraId="7C9DBDC3" w14:textId="77777777" w:rsidR="00F840DA" w:rsidRDefault="00F840DA" w:rsidP="00F840DA"/>
    <w:p w14:paraId="0DBEEBDA" w14:textId="77777777" w:rsidR="00F840DA" w:rsidRPr="00F840DA" w:rsidRDefault="00F840DA" w:rsidP="00F840DA"/>
    <w:p w14:paraId="797996AE" w14:textId="15C2C43C" w:rsidR="009C04A2" w:rsidRDefault="003E060F">
      <w:pPr>
        <w:pStyle w:val="Heading2"/>
      </w:pPr>
      <w:r>
        <w:lastRenderedPageBreak/>
        <w:t>Optimal Robotic Arm Code</w:t>
      </w:r>
    </w:p>
    <w:p w14:paraId="48967C22" w14:textId="7D6F9C01" w:rsidR="009C04A2" w:rsidRDefault="003E060F">
      <w:pPr>
        <w:spacing w:after="0" w:line="240" w:lineRule="auto"/>
        <w:rPr>
          <w:rFonts w:ascii="Aptos" w:eastAsia="Aptos" w:hAnsi="Aptos" w:cs="Aptos"/>
          <w:sz w:val="24"/>
          <w:szCs w:val="24"/>
        </w:rPr>
      </w:pPr>
      <w:r>
        <w:rPr>
          <w:rFonts w:ascii="Aptos" w:eastAsia="Aptos" w:hAnsi="Aptos" w:cs="Aptos"/>
          <w:sz w:val="24"/>
          <w:szCs w:val="24"/>
        </w:rPr>
        <w:t xml:space="preserve">Now you need to put everything together and create a code that will allow your arm to move in all three </w:t>
      </w:r>
      <w:r w:rsidR="002E374F">
        <w:rPr>
          <w:rFonts w:ascii="Aptos" w:eastAsia="Aptos" w:hAnsi="Aptos" w:cs="Aptos"/>
          <w:sz w:val="24"/>
          <w:szCs w:val="24"/>
        </w:rPr>
        <w:t>ways. Often</w:t>
      </w:r>
      <w:r>
        <w:rPr>
          <w:rFonts w:ascii="Aptos" w:eastAsia="Aptos" w:hAnsi="Aptos" w:cs="Aptos"/>
          <w:sz w:val="24"/>
          <w:szCs w:val="24"/>
        </w:rPr>
        <w:t xml:space="preserve"> as you write and test the code, you need to make changes</w:t>
      </w:r>
      <w:r w:rsidR="002E374F">
        <w:rPr>
          <w:rFonts w:ascii="Aptos" w:eastAsia="Aptos" w:hAnsi="Aptos" w:cs="Aptos"/>
          <w:sz w:val="24"/>
          <w:szCs w:val="24"/>
        </w:rPr>
        <w:t xml:space="preserve">. </w:t>
      </w:r>
      <w:r>
        <w:rPr>
          <w:noProof/>
        </w:rPr>
        <w:drawing>
          <wp:anchor distT="0" distB="0" distL="114300" distR="114300" simplePos="0" relativeHeight="251668480" behindDoc="0" locked="0" layoutInCell="1" hidden="0" allowOverlap="1" wp14:anchorId="4A41D389" wp14:editId="5A5D198B">
            <wp:simplePos x="0" y="0"/>
            <wp:positionH relativeFrom="column">
              <wp:posOffset>-200024</wp:posOffset>
            </wp:positionH>
            <wp:positionV relativeFrom="paragraph">
              <wp:posOffset>108542</wp:posOffset>
            </wp:positionV>
            <wp:extent cx="1371600" cy="1042416"/>
            <wp:effectExtent l="0" t="0" r="0" b="0"/>
            <wp:wrapSquare wrapText="bothSides" distT="0" distB="0" distL="114300" distR="114300"/>
            <wp:docPr id="2108318362" name="image11.png" descr="A diagram of a solu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A diagram of a solution&#10;&#10;Description automatically generated"/>
                    <pic:cNvPicPr preferRelativeResize="0"/>
                  </pic:nvPicPr>
                  <pic:blipFill>
                    <a:blip r:embed="rId16"/>
                    <a:srcRect/>
                    <a:stretch>
                      <a:fillRect/>
                    </a:stretch>
                  </pic:blipFill>
                  <pic:spPr>
                    <a:xfrm>
                      <a:off x="0" y="0"/>
                      <a:ext cx="1371600" cy="1042416"/>
                    </a:xfrm>
                    <a:prstGeom prst="rect">
                      <a:avLst/>
                    </a:prstGeom>
                    <a:ln/>
                  </pic:spPr>
                </pic:pic>
              </a:graphicData>
            </a:graphic>
          </wp:anchor>
        </w:drawing>
      </w:r>
    </w:p>
    <w:p w14:paraId="502505FC" w14:textId="77777777" w:rsidR="009C04A2" w:rsidRDefault="009C04A2">
      <w:pPr>
        <w:spacing w:after="0" w:line="240" w:lineRule="auto"/>
        <w:rPr>
          <w:rFonts w:ascii="Aptos" w:eastAsia="Aptos" w:hAnsi="Aptos" w:cs="Aptos"/>
          <w:sz w:val="24"/>
          <w:szCs w:val="24"/>
        </w:rPr>
      </w:pPr>
    </w:p>
    <w:p w14:paraId="37636206" w14:textId="77777777" w:rsidR="009C04A2" w:rsidRDefault="009C04A2">
      <w:pPr>
        <w:spacing w:after="0" w:line="240" w:lineRule="auto"/>
        <w:rPr>
          <w:rFonts w:ascii="Aptos" w:eastAsia="Aptos" w:hAnsi="Aptos" w:cs="Aptos"/>
          <w:sz w:val="24"/>
          <w:szCs w:val="24"/>
        </w:rPr>
      </w:pPr>
    </w:p>
    <w:p w14:paraId="65ECA738" w14:textId="69D294BF" w:rsidR="00ED55F7" w:rsidRDefault="00F840DA">
      <w:pPr>
        <w:spacing w:after="0" w:line="240" w:lineRule="auto"/>
        <w:rPr>
          <w:rFonts w:ascii="Aptos" w:eastAsia="Aptos" w:hAnsi="Aptos" w:cs="Aptos"/>
          <w:sz w:val="24"/>
          <w:szCs w:val="24"/>
          <w:lang w:val="en-US"/>
        </w:rPr>
      </w:pPr>
      <w:r>
        <w:rPr>
          <w:rFonts w:ascii="Roboto" w:eastAsia="Roboto" w:hAnsi="Roboto" w:cs="Roboto"/>
          <w:noProof/>
        </w:rPr>
        <mc:AlternateContent>
          <mc:Choice Requires="wps">
            <w:drawing>
              <wp:anchor distT="0" distB="0" distL="114300" distR="114300" simplePos="0" relativeHeight="251698176" behindDoc="0" locked="0" layoutInCell="1" allowOverlap="1" wp14:anchorId="4ADE56F0" wp14:editId="4EA154D4">
                <wp:simplePos x="0" y="0"/>
                <wp:positionH relativeFrom="margin">
                  <wp:align>left</wp:align>
                </wp:positionH>
                <wp:positionV relativeFrom="paragraph">
                  <wp:posOffset>3662044</wp:posOffset>
                </wp:positionV>
                <wp:extent cx="5972175" cy="3343275"/>
                <wp:effectExtent l="0" t="0" r="28575" b="28575"/>
                <wp:wrapTopAndBottom/>
                <wp:docPr id="258690824" name="Rectangle: Rounded Corners 4"/>
                <wp:cNvGraphicFramePr/>
                <a:graphic xmlns:a="http://schemas.openxmlformats.org/drawingml/2006/main">
                  <a:graphicData uri="http://schemas.microsoft.com/office/word/2010/wordprocessingShape">
                    <wps:wsp>
                      <wps:cNvSpPr/>
                      <wps:spPr>
                        <a:xfrm>
                          <a:off x="0" y="0"/>
                          <a:ext cx="5972175" cy="3343275"/>
                        </a:xfrm>
                        <a:prstGeom prst="roundRect">
                          <a:avLst>
                            <a:gd name="adj" fmla="val 1841"/>
                          </a:avLst>
                        </a:prstGeom>
                        <a:solidFill>
                          <a:schemeClr val="bg1">
                            <a:lumMod val="95000"/>
                          </a:schemeClr>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0EBBCCB" id="Rectangle: Rounded Corners 4" o:spid="_x0000_s1026" style="position:absolute;margin-left:0;margin-top:288.35pt;width:470.25pt;height:263.25pt;z-index:2516981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2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" fillcolor="#f2f2f2 [3052]" strokecolor="#0a121c [484]" strokeweight=".5pt">
                <w10:wrap type="topAndBottom" anchorx="margin"/>
              </v:roundrect>
            </w:pict>
          </mc:Fallback>
        </mc:AlternateContent>
      </w:r>
      <w:r w:rsidR="00ED55F7" w:rsidRPr="00ED55F7">
        <w:rPr>
          <w:rFonts w:ascii="Aptos" w:eastAsia="Aptos" w:hAnsi="Aptos" w:cs="Aptos"/>
          <w:sz w:val="24"/>
          <w:szCs w:val="24"/>
          <w:lang w:val="en-US"/>
        </w:rPr>
        <w:t>Before writing the complete program, create pseudocode for the full transfer sequence.</w:t>
      </w:r>
      <w:r w:rsidR="00ED55F7" w:rsidRPr="00ED55F7">
        <w:rPr>
          <w:rFonts w:ascii="Aptos" w:eastAsia="Aptos" w:hAnsi="Aptos" w:cs="Aptos"/>
          <w:sz w:val="24"/>
          <w:szCs w:val="24"/>
          <w:lang w:val="en-US"/>
        </w:rPr>
        <w:br/>
      </w:r>
      <w:r w:rsidR="00ED55F7" w:rsidRPr="00ED55F7">
        <w:rPr>
          <w:rFonts w:ascii="Aptos" w:eastAsia="Aptos" w:hAnsi="Aptos" w:cs="Aptos"/>
          <w:sz w:val="24"/>
          <w:szCs w:val="24"/>
          <w:lang w:val="en-US"/>
        </w:rPr>
        <w:br/>
        <w:t>The pseudocode should show:</w:t>
      </w:r>
      <w:r w:rsidR="00ED55F7" w:rsidRPr="00ED55F7">
        <w:rPr>
          <w:rFonts w:ascii="Aptos" w:eastAsia="Aptos" w:hAnsi="Aptos" w:cs="Aptos"/>
          <w:sz w:val="24"/>
          <w:szCs w:val="24"/>
          <w:lang w:val="en-US"/>
        </w:rPr>
        <w:br/>
        <w:t>• move to Point A</w:t>
      </w:r>
      <w:r w:rsidR="00ED55F7" w:rsidRPr="00ED55F7">
        <w:rPr>
          <w:rFonts w:ascii="Aptos" w:eastAsia="Aptos" w:hAnsi="Aptos" w:cs="Aptos"/>
          <w:sz w:val="24"/>
          <w:szCs w:val="24"/>
          <w:lang w:val="en-US"/>
        </w:rPr>
        <w:br/>
        <w:t>• open the gripper</w:t>
      </w:r>
      <w:r w:rsidR="00ED55F7" w:rsidRPr="00ED55F7">
        <w:rPr>
          <w:rFonts w:ascii="Aptos" w:eastAsia="Aptos" w:hAnsi="Aptos" w:cs="Aptos"/>
          <w:sz w:val="24"/>
          <w:szCs w:val="24"/>
          <w:lang w:val="en-US"/>
        </w:rPr>
        <w:br/>
        <w:t>• lower or position the arm</w:t>
      </w:r>
      <w:r w:rsidR="00ED55F7" w:rsidRPr="00ED55F7">
        <w:rPr>
          <w:rFonts w:ascii="Aptos" w:eastAsia="Aptos" w:hAnsi="Aptos" w:cs="Aptos"/>
          <w:sz w:val="24"/>
          <w:szCs w:val="24"/>
          <w:lang w:val="en-US"/>
        </w:rPr>
        <w:br/>
        <w:t>• close the gripper</w:t>
      </w:r>
      <w:r w:rsidR="00ED55F7" w:rsidRPr="00ED55F7">
        <w:rPr>
          <w:rFonts w:ascii="Aptos" w:eastAsia="Aptos" w:hAnsi="Aptos" w:cs="Aptos"/>
          <w:sz w:val="24"/>
          <w:szCs w:val="24"/>
          <w:lang w:val="en-US"/>
        </w:rPr>
        <w:br/>
        <w:t>• lift the object</w:t>
      </w:r>
      <w:r w:rsidR="00ED55F7" w:rsidRPr="00ED55F7">
        <w:rPr>
          <w:rFonts w:ascii="Aptos" w:eastAsia="Aptos" w:hAnsi="Aptos" w:cs="Aptos"/>
          <w:sz w:val="24"/>
          <w:szCs w:val="24"/>
          <w:lang w:val="en-US"/>
        </w:rPr>
        <w:br/>
        <w:t>• rotate or move to Point B</w:t>
      </w:r>
      <w:r w:rsidR="00ED55F7" w:rsidRPr="00ED55F7">
        <w:rPr>
          <w:rFonts w:ascii="Aptos" w:eastAsia="Aptos" w:hAnsi="Aptos" w:cs="Aptos"/>
          <w:sz w:val="24"/>
          <w:szCs w:val="24"/>
          <w:lang w:val="en-US"/>
        </w:rPr>
        <w:br/>
        <w:t>• lower or position the arm</w:t>
      </w:r>
      <w:r w:rsidR="00ED55F7" w:rsidRPr="00ED55F7">
        <w:rPr>
          <w:rFonts w:ascii="Aptos" w:eastAsia="Aptos" w:hAnsi="Aptos" w:cs="Aptos"/>
          <w:sz w:val="24"/>
          <w:szCs w:val="24"/>
          <w:lang w:val="en-US"/>
        </w:rPr>
        <w:br/>
        <w:t>• release the object</w:t>
      </w:r>
      <w:r w:rsidR="00ED55F7" w:rsidRPr="00ED55F7">
        <w:rPr>
          <w:rFonts w:ascii="Aptos" w:eastAsia="Aptos" w:hAnsi="Aptos" w:cs="Aptos"/>
          <w:sz w:val="24"/>
          <w:szCs w:val="24"/>
          <w:lang w:val="en-US"/>
        </w:rPr>
        <w:br/>
        <w:t>• return to a useful starting position</w:t>
      </w:r>
      <w:r w:rsidR="00ED55F7" w:rsidRPr="00ED55F7">
        <w:rPr>
          <w:rFonts w:ascii="Aptos" w:eastAsia="Aptos" w:hAnsi="Aptos" w:cs="Aptos"/>
          <w:sz w:val="24"/>
          <w:szCs w:val="24"/>
          <w:lang w:val="en-US"/>
        </w:rPr>
        <w:br/>
      </w:r>
      <w:r w:rsidR="00ED55F7" w:rsidRPr="00ED55F7">
        <w:rPr>
          <w:rFonts w:ascii="Aptos" w:eastAsia="Aptos" w:hAnsi="Aptos" w:cs="Aptos"/>
          <w:sz w:val="24"/>
          <w:szCs w:val="24"/>
          <w:lang w:val="en-US"/>
        </w:rPr>
        <w:br/>
        <w:t>Then build and test the code.</w:t>
      </w:r>
      <w:r w:rsidR="00ED55F7" w:rsidRPr="00ED55F7">
        <w:rPr>
          <w:rFonts w:ascii="Aptos" w:eastAsia="Aptos" w:hAnsi="Aptos" w:cs="Aptos"/>
          <w:sz w:val="24"/>
          <w:szCs w:val="24"/>
          <w:lang w:val="en-US"/>
        </w:rPr>
        <w:br/>
      </w:r>
      <w:r w:rsidR="00ED55F7" w:rsidRPr="00ED55F7">
        <w:rPr>
          <w:rFonts w:ascii="Aptos" w:eastAsia="Aptos" w:hAnsi="Aptos" w:cs="Aptos"/>
          <w:sz w:val="24"/>
          <w:szCs w:val="24"/>
          <w:lang w:val="en-US"/>
        </w:rPr>
        <w:br/>
        <w:t>Evidence:</w:t>
      </w:r>
      <w:r w:rsidR="00ED55F7" w:rsidRPr="00ED55F7">
        <w:rPr>
          <w:rFonts w:ascii="Aptos" w:eastAsia="Aptos" w:hAnsi="Aptos" w:cs="Aptos"/>
          <w:sz w:val="24"/>
          <w:szCs w:val="24"/>
          <w:lang w:val="en-US"/>
        </w:rPr>
        <w:br/>
        <w:t>• pseudocode</w:t>
      </w:r>
      <w:r w:rsidR="00ED55F7" w:rsidRPr="00ED55F7">
        <w:rPr>
          <w:rFonts w:ascii="Aptos" w:eastAsia="Aptos" w:hAnsi="Aptos" w:cs="Aptos"/>
          <w:sz w:val="24"/>
          <w:szCs w:val="24"/>
          <w:lang w:val="en-US"/>
        </w:rPr>
        <w:br/>
        <w:t>• screenshot of initial code</w:t>
      </w:r>
    </w:p>
    <w:p w14:paraId="1901A01E" w14:textId="77777777" w:rsidR="009C04A2" w:rsidRDefault="003E060F">
      <w:pPr>
        <w:pStyle w:val="Heading2"/>
      </w:pPr>
      <w:r>
        <w:lastRenderedPageBreak/>
        <w:t>Develop your Prototype</w:t>
      </w:r>
    </w:p>
    <w:p w14:paraId="6E6854D8" w14:textId="2B1B4240" w:rsidR="009C04A2" w:rsidRDefault="003E060F">
      <w:pPr>
        <w:rPr>
          <w:rFonts w:ascii="Roboto" w:eastAsia="Roboto" w:hAnsi="Roboto" w:cs="Roboto"/>
        </w:rPr>
      </w:pPr>
      <w:r>
        <w:rPr>
          <w:rFonts w:ascii="Roboto" w:eastAsia="Roboto" w:hAnsi="Roboto" w:cs="Roboto"/>
        </w:rPr>
        <w:t>Turn your design into a working prototype using cardboard, servos, and your creativity. Focus on structure, stability, and function</w:t>
      </w:r>
      <w:r w:rsidR="002E374F">
        <w:rPr>
          <w:rFonts w:ascii="Roboto" w:eastAsia="Roboto" w:hAnsi="Roboto" w:cs="Roboto"/>
        </w:rPr>
        <w:t xml:space="preserve">. </w:t>
      </w:r>
      <w:r>
        <w:rPr>
          <w:rFonts w:ascii="Roboto" w:eastAsia="Roboto" w:hAnsi="Roboto" w:cs="Roboto"/>
        </w:rPr>
        <w:t xml:space="preserve">This is where your planning meets the real world. It’s not just about making something that looks </w:t>
      </w:r>
      <w:r w:rsidR="002E374F">
        <w:rPr>
          <w:rFonts w:ascii="Roboto" w:eastAsia="Roboto" w:hAnsi="Roboto" w:cs="Roboto"/>
        </w:rPr>
        <w:t xml:space="preserve">cool, </w:t>
      </w:r>
      <w:r>
        <w:rPr>
          <w:rFonts w:ascii="Roboto" w:eastAsia="Roboto" w:hAnsi="Roboto" w:cs="Roboto"/>
        </w:rPr>
        <w:t xml:space="preserve">it </w:t>
      </w:r>
      <w:r w:rsidR="002E374F">
        <w:rPr>
          <w:rFonts w:ascii="Roboto" w:eastAsia="Roboto" w:hAnsi="Roboto" w:cs="Roboto"/>
        </w:rPr>
        <w:t>must</w:t>
      </w:r>
      <w:r>
        <w:rPr>
          <w:rFonts w:ascii="Roboto" w:eastAsia="Roboto" w:hAnsi="Roboto" w:cs="Roboto"/>
        </w:rPr>
        <w:t xml:space="preserve"> </w:t>
      </w:r>
      <w:r>
        <w:rPr>
          <w:rFonts w:ascii="Roboto" w:eastAsia="Roboto" w:hAnsi="Roboto" w:cs="Roboto"/>
          <w:i/>
        </w:rPr>
        <w:t>work</w:t>
      </w:r>
      <w:r>
        <w:rPr>
          <w:rFonts w:ascii="Roboto" w:eastAsia="Roboto" w:hAnsi="Roboto" w:cs="Roboto"/>
        </w:rPr>
        <w:t>. Strong joints, clean cuts, stable mounts, and smart construction all matter.</w:t>
      </w:r>
      <w:r>
        <w:rPr>
          <w:noProof/>
        </w:rPr>
        <w:drawing>
          <wp:anchor distT="114300" distB="114300" distL="114300" distR="114300" simplePos="0" relativeHeight="251669504" behindDoc="0" locked="0" layoutInCell="1" hidden="0" allowOverlap="1" wp14:anchorId="40A9BD1E" wp14:editId="4AC8F6A6">
            <wp:simplePos x="0" y="0"/>
            <wp:positionH relativeFrom="column">
              <wp:posOffset>-95248</wp:posOffset>
            </wp:positionH>
            <wp:positionV relativeFrom="paragraph">
              <wp:posOffset>165691</wp:posOffset>
            </wp:positionV>
            <wp:extent cx="1371600" cy="1083564"/>
            <wp:effectExtent l="0" t="0" r="0" b="0"/>
            <wp:wrapSquare wrapText="bothSides" distT="114300" distB="114300" distL="114300" distR="114300"/>
            <wp:docPr id="210831836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1371600" cy="1083564"/>
                    </a:xfrm>
                    <a:prstGeom prst="rect">
                      <a:avLst/>
                    </a:prstGeom>
                    <a:ln/>
                  </pic:spPr>
                </pic:pic>
              </a:graphicData>
            </a:graphic>
          </wp:anchor>
        </w:drawing>
      </w:r>
    </w:p>
    <w:p w14:paraId="338BDA48" w14:textId="77777777" w:rsidR="009C04A2" w:rsidRDefault="009C04A2">
      <w:pPr>
        <w:rPr>
          <w:rFonts w:ascii="Roboto" w:eastAsia="Roboto" w:hAnsi="Roboto" w:cs="Roboto"/>
        </w:rPr>
      </w:pPr>
    </w:p>
    <w:p w14:paraId="74635036" w14:textId="77777777" w:rsidR="00ED55F7" w:rsidRDefault="00ED55F7">
      <w:pPr>
        <w:rPr>
          <w:rFonts w:ascii="Roboto" w:eastAsia="Roboto" w:hAnsi="Roboto" w:cs="Roboto"/>
          <w:lang w:val="en-US"/>
        </w:rPr>
      </w:pPr>
      <w:r w:rsidRPr="00ED55F7">
        <w:rPr>
          <w:rFonts w:ascii="Roboto" w:eastAsia="Roboto" w:hAnsi="Roboto" w:cs="Roboto"/>
          <w:lang w:val="en-US"/>
        </w:rPr>
        <w:t>Build the robotic arm using the final design as the starting plan.</w:t>
      </w:r>
      <w:r w:rsidRPr="00ED55F7">
        <w:rPr>
          <w:rFonts w:ascii="Roboto" w:eastAsia="Roboto" w:hAnsi="Roboto" w:cs="Roboto"/>
          <w:lang w:val="en-US"/>
        </w:rPr>
        <w:br/>
      </w:r>
      <w:r w:rsidRPr="00ED55F7">
        <w:rPr>
          <w:rFonts w:ascii="Roboto" w:eastAsia="Roboto" w:hAnsi="Roboto" w:cs="Roboto"/>
          <w:lang w:val="en-US"/>
        </w:rPr>
        <w:br/>
        <w:t>Build and test one subsystem at a time:</w:t>
      </w:r>
      <w:r w:rsidRPr="00ED55F7">
        <w:rPr>
          <w:rFonts w:ascii="Roboto" w:eastAsia="Roboto" w:hAnsi="Roboto" w:cs="Roboto"/>
          <w:lang w:val="en-US"/>
        </w:rPr>
        <w:br/>
        <w:t>• base rotation</w:t>
      </w:r>
      <w:r w:rsidRPr="00ED55F7">
        <w:rPr>
          <w:rFonts w:ascii="Roboto" w:eastAsia="Roboto" w:hAnsi="Roboto" w:cs="Roboto"/>
          <w:lang w:val="en-US"/>
        </w:rPr>
        <w:br/>
        <w:t>• arm structure and lifting joint</w:t>
      </w:r>
      <w:r w:rsidRPr="00ED55F7">
        <w:rPr>
          <w:rFonts w:ascii="Roboto" w:eastAsia="Roboto" w:hAnsi="Roboto" w:cs="Roboto"/>
          <w:lang w:val="en-US"/>
        </w:rPr>
        <w:br/>
        <w:t>• second joint or wrist movement</w:t>
      </w:r>
      <w:r w:rsidRPr="00ED55F7">
        <w:rPr>
          <w:rFonts w:ascii="Roboto" w:eastAsia="Roboto" w:hAnsi="Roboto" w:cs="Roboto"/>
          <w:lang w:val="en-US"/>
        </w:rPr>
        <w:br/>
        <w:t>• gripper</w:t>
      </w:r>
      <w:r w:rsidRPr="00ED55F7">
        <w:rPr>
          <w:rFonts w:ascii="Roboto" w:eastAsia="Roboto" w:hAnsi="Roboto" w:cs="Roboto"/>
          <w:lang w:val="en-US"/>
        </w:rPr>
        <w:br/>
        <w:t>• complete programmed sequence</w:t>
      </w:r>
      <w:r w:rsidRPr="00ED55F7">
        <w:rPr>
          <w:rFonts w:ascii="Roboto" w:eastAsia="Roboto" w:hAnsi="Roboto" w:cs="Roboto"/>
          <w:lang w:val="en-US"/>
        </w:rPr>
        <w:br/>
      </w:r>
      <w:r w:rsidRPr="00ED55F7">
        <w:rPr>
          <w:rFonts w:ascii="Roboto" w:eastAsia="Roboto" w:hAnsi="Roboto" w:cs="Roboto"/>
          <w:lang w:val="en-US"/>
        </w:rPr>
        <w:br/>
        <w:t>You may adjust dimensions, joint locations, servo mounts, gripper geometry, or code if testing shows a better solution.</w:t>
      </w:r>
      <w:r w:rsidRPr="00ED55F7">
        <w:rPr>
          <w:rFonts w:ascii="Roboto" w:eastAsia="Roboto" w:hAnsi="Roboto" w:cs="Roboto"/>
          <w:lang w:val="en-US"/>
        </w:rPr>
        <w:br/>
      </w:r>
      <w:r w:rsidRPr="00ED55F7">
        <w:rPr>
          <w:rFonts w:ascii="Roboto" w:eastAsia="Roboto" w:hAnsi="Roboto" w:cs="Roboto"/>
          <w:lang w:val="en-US"/>
        </w:rPr>
        <w:br/>
        <w:t>Evidence:</w:t>
      </w:r>
      <w:r w:rsidRPr="00ED55F7">
        <w:rPr>
          <w:rFonts w:ascii="Roboto" w:eastAsia="Roboto" w:hAnsi="Roboto" w:cs="Roboto"/>
          <w:lang w:val="en-US"/>
        </w:rPr>
        <w:br/>
        <w:t>• photo of each major subsystem</w:t>
      </w:r>
      <w:r w:rsidRPr="00ED55F7">
        <w:rPr>
          <w:rFonts w:ascii="Roboto" w:eastAsia="Roboto" w:hAnsi="Roboto" w:cs="Roboto"/>
          <w:lang w:val="en-US"/>
        </w:rPr>
        <w:br/>
        <w:t>• photo of the complete arm</w:t>
      </w:r>
      <w:r w:rsidRPr="00ED55F7">
        <w:rPr>
          <w:rFonts w:ascii="Roboto" w:eastAsia="Roboto" w:hAnsi="Roboto" w:cs="Roboto"/>
          <w:lang w:val="en-US"/>
        </w:rPr>
        <w:br/>
        <w:t>• screenshot of the integrated code</w:t>
      </w:r>
      <w:r w:rsidRPr="00ED55F7">
        <w:rPr>
          <w:rFonts w:ascii="Roboto" w:eastAsia="Roboto" w:hAnsi="Roboto" w:cs="Roboto"/>
          <w:lang w:val="en-US"/>
        </w:rPr>
        <w:br/>
        <w:t>• brief note describing any major design change made during construction and why.</w:t>
      </w:r>
    </w:p>
    <w:p w14:paraId="1DEB7BBD" w14:textId="1E402302" w:rsidR="00EB30A5" w:rsidRDefault="00F840DA">
      <w:pPr>
        <w:pStyle w:val="Heading2"/>
        <w:keepNext w:val="0"/>
        <w:keepLines w:val="0"/>
        <w:spacing w:before="280" w:after="80"/>
      </w:pPr>
      <w:bookmarkStart w:id="2" w:name="_heading=h.98yo54z8rjag" w:colFirst="0" w:colLast="0"/>
      <w:bookmarkEnd w:id="2"/>
      <w:r>
        <w:rPr>
          <w:noProof/>
        </w:rPr>
        <mc:AlternateContent>
          <mc:Choice Requires="wps">
            <w:drawing>
              <wp:anchor distT="0" distB="0" distL="114300" distR="114300" simplePos="0" relativeHeight="251700224" behindDoc="0" locked="0" layoutInCell="1" allowOverlap="1" wp14:anchorId="1D8BBCF9" wp14:editId="14DD6D9B">
                <wp:simplePos x="0" y="0"/>
                <wp:positionH relativeFrom="margin">
                  <wp:posOffset>0</wp:posOffset>
                </wp:positionH>
                <wp:positionV relativeFrom="paragraph">
                  <wp:posOffset>370840</wp:posOffset>
                </wp:positionV>
                <wp:extent cx="5972175" cy="2209800"/>
                <wp:effectExtent l="0" t="0" r="28575" b="19050"/>
                <wp:wrapTopAndBottom/>
                <wp:docPr id="1616288653" name="Rectangle: Rounded Corners 4"/>
                <wp:cNvGraphicFramePr/>
                <a:graphic xmlns:a="http://schemas.openxmlformats.org/drawingml/2006/main">
                  <a:graphicData uri="http://schemas.microsoft.com/office/word/2010/wordprocessingShape">
                    <wps:wsp>
                      <wps:cNvSpPr/>
                      <wps:spPr>
                        <a:xfrm>
                          <a:off x="0" y="0"/>
                          <a:ext cx="5972175" cy="2209800"/>
                        </a:xfrm>
                        <a:prstGeom prst="roundRect">
                          <a:avLst>
                            <a:gd name="adj" fmla="val 1841"/>
                          </a:avLst>
                        </a:prstGeom>
                        <a:solidFill>
                          <a:schemeClr val="bg1">
                            <a:lumMod val="95000"/>
                          </a:schemeClr>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B4D31CF" id="Rectangle: Rounded Corners 4" o:spid="_x0000_s1026" style="position:absolute;margin-left:0;margin-top:29.2pt;width:470.25pt;height:174pt;z-index:2517002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2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" fillcolor="#f2f2f2 [3052]" strokecolor="#0a121c [484]" strokeweight=".5pt">
                <w10:wrap type="topAndBottom" anchorx="margin"/>
              </v:roundrect>
            </w:pict>
          </mc:Fallback>
        </mc:AlternateContent>
      </w:r>
    </w:p>
    <w:p w14:paraId="2BEED8A1" w14:textId="77777777" w:rsidR="00EB30A5" w:rsidRDefault="00EB30A5">
      <w:pPr>
        <w:pStyle w:val="Heading2"/>
        <w:keepNext w:val="0"/>
        <w:keepLines w:val="0"/>
        <w:spacing w:before="280" w:after="80"/>
      </w:pPr>
    </w:p>
    <w:p w14:paraId="16E4AEA4" w14:textId="0AB6CF3F" w:rsidR="009C04A2" w:rsidRDefault="003E060F">
      <w:pPr>
        <w:pStyle w:val="Heading2"/>
        <w:keepNext w:val="0"/>
        <w:keepLines w:val="0"/>
        <w:spacing w:before="280" w:after="80"/>
      </w:pPr>
      <w:r>
        <w:lastRenderedPageBreak/>
        <w:t>Redesign and Improve Your Robotic Arm</w:t>
      </w:r>
    </w:p>
    <w:p w14:paraId="5E0C839C" w14:textId="77777777" w:rsidR="009C04A2" w:rsidRDefault="003E060F">
      <w:pPr>
        <w:spacing w:before="240" w:after="240"/>
        <w:rPr>
          <w:rFonts w:ascii="Roboto" w:eastAsia="Roboto" w:hAnsi="Roboto" w:cs="Roboto"/>
        </w:rPr>
      </w:pPr>
      <w:r>
        <w:rPr>
          <w:rFonts w:ascii="Roboto" w:eastAsia="Roboto" w:hAnsi="Roboto" w:cs="Roboto"/>
        </w:rPr>
        <w:t xml:space="preserve"> No design is perfect on the first try. Engineers expect failure, testing, and frustration—it’s part of the process. The key is what happens next: redesign. After testing, you’ll take what worked, fix what didn’t, and make your robotic arm stronger, smoother, and more reliable. Redesign isn’t starting over—it’s building smarter from what you’ve already learned.</w:t>
      </w:r>
      <w:r>
        <w:rPr>
          <w:noProof/>
        </w:rPr>
        <w:drawing>
          <wp:anchor distT="114300" distB="114300" distL="114300" distR="114300" simplePos="0" relativeHeight="251670528" behindDoc="0" locked="0" layoutInCell="1" hidden="0" allowOverlap="1" wp14:anchorId="1AAB147A" wp14:editId="303D3B74">
            <wp:simplePos x="0" y="0"/>
            <wp:positionH relativeFrom="column">
              <wp:posOffset>2</wp:posOffset>
            </wp:positionH>
            <wp:positionV relativeFrom="paragraph">
              <wp:posOffset>191091</wp:posOffset>
            </wp:positionV>
            <wp:extent cx="1371600" cy="1069848"/>
            <wp:effectExtent l="0" t="0" r="0" b="0"/>
            <wp:wrapSquare wrapText="bothSides" distT="114300" distB="114300" distL="114300" distR="114300"/>
            <wp:docPr id="210831836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8"/>
                    <a:srcRect/>
                    <a:stretch>
                      <a:fillRect/>
                    </a:stretch>
                  </pic:blipFill>
                  <pic:spPr>
                    <a:xfrm>
                      <a:off x="0" y="0"/>
                      <a:ext cx="1371600" cy="1069848"/>
                    </a:xfrm>
                    <a:prstGeom prst="rect">
                      <a:avLst/>
                    </a:prstGeom>
                    <a:ln/>
                  </pic:spPr>
                </pic:pic>
              </a:graphicData>
            </a:graphic>
          </wp:anchor>
        </w:drawing>
      </w:r>
    </w:p>
    <w:p w14:paraId="2121E3F2" w14:textId="77777777" w:rsidR="009C04A2" w:rsidRDefault="009C04A2">
      <w:pPr>
        <w:rPr>
          <w:rFonts w:ascii="Roboto" w:eastAsia="Roboto" w:hAnsi="Roboto" w:cs="Roboto"/>
        </w:rPr>
      </w:pPr>
    </w:p>
    <w:p w14:paraId="2CBEA554" w14:textId="15099F88" w:rsidR="00ED55F7" w:rsidRDefault="00F840DA">
      <w:pPr>
        <w:spacing w:before="240" w:after="240"/>
        <w:rPr>
          <w:rFonts w:ascii="Roboto" w:eastAsia="Roboto" w:hAnsi="Roboto" w:cs="Roboto"/>
          <w:lang w:val="en-US"/>
        </w:rPr>
      </w:pPr>
      <w:r>
        <w:rPr>
          <w:rFonts w:ascii="Roboto" w:eastAsia="Roboto" w:hAnsi="Roboto" w:cs="Roboto"/>
          <w:noProof/>
        </w:rPr>
        <mc:AlternateContent>
          <mc:Choice Requires="wps">
            <w:drawing>
              <wp:anchor distT="0" distB="0" distL="114300" distR="114300" simplePos="0" relativeHeight="251702272" behindDoc="0" locked="0" layoutInCell="1" allowOverlap="1" wp14:anchorId="023B959D" wp14:editId="4AD28CD0">
                <wp:simplePos x="0" y="0"/>
                <wp:positionH relativeFrom="margin">
                  <wp:posOffset>-200025</wp:posOffset>
                </wp:positionH>
                <wp:positionV relativeFrom="paragraph">
                  <wp:posOffset>3952875</wp:posOffset>
                </wp:positionV>
                <wp:extent cx="5972175" cy="2209800"/>
                <wp:effectExtent l="0" t="0" r="28575" b="19050"/>
                <wp:wrapTopAndBottom/>
                <wp:docPr id="731957059" name="Rectangle: Rounded Corners 4"/>
                <wp:cNvGraphicFramePr/>
                <a:graphic xmlns:a="http://schemas.openxmlformats.org/drawingml/2006/main">
                  <a:graphicData uri="http://schemas.microsoft.com/office/word/2010/wordprocessingShape">
                    <wps:wsp>
                      <wps:cNvSpPr/>
                      <wps:spPr>
                        <a:xfrm>
                          <a:off x="0" y="0"/>
                          <a:ext cx="5972175" cy="2209800"/>
                        </a:xfrm>
                        <a:prstGeom prst="roundRect">
                          <a:avLst>
                            <a:gd name="adj" fmla="val 1841"/>
                          </a:avLst>
                        </a:prstGeom>
                        <a:solidFill>
                          <a:schemeClr val="bg1">
                            <a:lumMod val="95000"/>
                          </a:schemeClr>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43CE5FB" id="Rectangle: Rounded Corners 4" o:spid="_x0000_s1026" style="position:absolute;margin-left:-15.75pt;margin-top:311.25pt;width:470.25pt;height:174pt;z-index:2517022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2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" fillcolor="#f2f2f2 [3052]" strokecolor="#0a121c [484]" strokeweight=".5pt">
                <w10:wrap type="topAndBottom" anchorx="margin"/>
              </v:roundrect>
            </w:pict>
          </mc:Fallback>
        </mc:AlternateContent>
      </w:r>
      <w:r w:rsidR="00ED55F7" w:rsidRPr="00ED55F7">
        <w:rPr>
          <w:rFonts w:ascii="Roboto" w:eastAsia="Roboto" w:hAnsi="Roboto" w:cs="Roboto"/>
          <w:lang w:val="en-US"/>
        </w:rPr>
        <w:t>Test the complete robotic arm with at least five full Point A to Point B trials.</w:t>
      </w:r>
      <w:r w:rsidR="00ED55F7" w:rsidRPr="00ED55F7">
        <w:rPr>
          <w:rFonts w:ascii="Roboto" w:eastAsia="Roboto" w:hAnsi="Roboto" w:cs="Roboto"/>
          <w:lang w:val="en-US"/>
        </w:rPr>
        <w:br/>
      </w:r>
      <w:r w:rsidR="00ED55F7" w:rsidRPr="00ED55F7">
        <w:rPr>
          <w:rFonts w:ascii="Roboto" w:eastAsia="Roboto" w:hAnsi="Roboto" w:cs="Roboto"/>
          <w:lang w:val="en-US"/>
        </w:rPr>
        <w:br/>
        <w:t>For each trial, record:</w:t>
      </w:r>
      <w:r w:rsidR="00ED55F7" w:rsidRPr="00ED55F7">
        <w:rPr>
          <w:rFonts w:ascii="Roboto" w:eastAsia="Roboto" w:hAnsi="Roboto" w:cs="Roboto"/>
          <w:lang w:val="en-US"/>
        </w:rPr>
        <w:br/>
        <w:t>• successful pickup?</w:t>
      </w:r>
      <w:r w:rsidR="00ED55F7" w:rsidRPr="00ED55F7">
        <w:rPr>
          <w:rFonts w:ascii="Roboto" w:eastAsia="Roboto" w:hAnsi="Roboto" w:cs="Roboto"/>
          <w:lang w:val="en-US"/>
        </w:rPr>
        <w:br/>
        <w:t>• object remained secure?</w:t>
      </w:r>
      <w:r w:rsidR="00ED55F7" w:rsidRPr="00ED55F7">
        <w:rPr>
          <w:rFonts w:ascii="Roboto" w:eastAsia="Roboto" w:hAnsi="Roboto" w:cs="Roboto"/>
          <w:lang w:val="en-US"/>
        </w:rPr>
        <w:br/>
        <w:t>• arm reached Point B?</w:t>
      </w:r>
      <w:r w:rsidR="00ED55F7" w:rsidRPr="00ED55F7">
        <w:rPr>
          <w:rFonts w:ascii="Roboto" w:eastAsia="Roboto" w:hAnsi="Roboto" w:cs="Roboto"/>
          <w:lang w:val="en-US"/>
        </w:rPr>
        <w:br/>
        <w:t>• successful release?</w:t>
      </w:r>
      <w:r w:rsidR="00ED55F7" w:rsidRPr="00ED55F7">
        <w:rPr>
          <w:rFonts w:ascii="Roboto" w:eastAsia="Roboto" w:hAnsi="Roboto" w:cs="Roboto"/>
          <w:lang w:val="en-US"/>
        </w:rPr>
        <w:br/>
        <w:t>• arm returned to the starting position?</w:t>
      </w:r>
      <w:r w:rsidR="00ED55F7" w:rsidRPr="00ED55F7">
        <w:rPr>
          <w:rFonts w:ascii="Roboto" w:eastAsia="Roboto" w:hAnsi="Roboto" w:cs="Roboto"/>
          <w:lang w:val="en-US"/>
        </w:rPr>
        <w:br/>
        <w:t>• problem observed or change made?</w:t>
      </w:r>
      <w:r w:rsidR="00ED55F7" w:rsidRPr="00ED55F7">
        <w:rPr>
          <w:rFonts w:ascii="Roboto" w:eastAsia="Roboto" w:hAnsi="Roboto" w:cs="Roboto"/>
          <w:lang w:val="en-US"/>
        </w:rPr>
        <w:br/>
      </w:r>
      <w:r w:rsidR="00ED55F7" w:rsidRPr="00ED55F7">
        <w:rPr>
          <w:rFonts w:ascii="Roboto" w:eastAsia="Roboto" w:hAnsi="Roboto" w:cs="Roboto"/>
          <w:lang w:val="en-US"/>
        </w:rPr>
        <w:br/>
        <w:t>Use the same object for the required trials so the results can be compared fairly. Additional objects may be tested as an extension.</w:t>
      </w:r>
      <w:r w:rsidR="00ED55F7" w:rsidRPr="00ED55F7">
        <w:rPr>
          <w:rFonts w:ascii="Roboto" w:eastAsia="Roboto" w:hAnsi="Roboto" w:cs="Roboto"/>
          <w:lang w:val="en-US"/>
        </w:rPr>
        <w:br/>
      </w:r>
      <w:r w:rsidR="00ED55F7" w:rsidRPr="00ED55F7">
        <w:rPr>
          <w:rFonts w:ascii="Roboto" w:eastAsia="Roboto" w:hAnsi="Roboto" w:cs="Roboto"/>
          <w:lang w:val="en-US"/>
        </w:rPr>
        <w:br/>
        <w:t>Evidence:</w:t>
      </w:r>
      <w:r w:rsidR="00ED55F7" w:rsidRPr="00ED55F7">
        <w:rPr>
          <w:rFonts w:ascii="Roboto" w:eastAsia="Roboto" w:hAnsi="Roboto" w:cs="Roboto"/>
          <w:lang w:val="en-US"/>
        </w:rPr>
        <w:br/>
        <w:t>• completed test table</w:t>
      </w:r>
      <w:r w:rsidR="00ED55F7" w:rsidRPr="00ED55F7">
        <w:rPr>
          <w:rFonts w:ascii="Roboto" w:eastAsia="Roboto" w:hAnsi="Roboto" w:cs="Roboto"/>
          <w:lang w:val="en-US"/>
        </w:rPr>
        <w:br/>
        <w:t>• short testing summary explaining reliability, repeated failure points, and whether the design met the specifications</w:t>
      </w:r>
      <w:r w:rsidR="00ED55F7" w:rsidRPr="00ED55F7">
        <w:rPr>
          <w:rFonts w:ascii="Roboto" w:eastAsia="Roboto" w:hAnsi="Roboto" w:cs="Roboto"/>
          <w:lang w:val="en-US"/>
        </w:rPr>
        <w:br/>
      </w:r>
      <w:r w:rsidR="00ED55F7" w:rsidRPr="00ED55F7">
        <w:rPr>
          <w:rFonts w:ascii="Roboto" w:eastAsia="Roboto" w:hAnsi="Roboto" w:cs="Roboto"/>
          <w:lang w:val="en-US"/>
        </w:rPr>
        <w:br/>
        <w:t>Checkpoint: After a meaningful code or structural change, run another complete trial.</w:t>
      </w:r>
    </w:p>
    <w:p w14:paraId="765C261E" w14:textId="483B3870" w:rsidR="009C04A2" w:rsidRDefault="003E060F">
      <w:pPr>
        <w:pStyle w:val="Heading2"/>
        <w:keepNext w:val="0"/>
        <w:keepLines w:val="0"/>
        <w:spacing w:before="280" w:after="80"/>
      </w:pPr>
      <w:bookmarkStart w:id="3" w:name="_heading=h.z1ob7x7hcvmk" w:colFirst="0" w:colLast="0"/>
      <w:bookmarkEnd w:id="3"/>
      <w:r>
        <w:lastRenderedPageBreak/>
        <w:t>Redesign Your Robotic Arm</w:t>
      </w:r>
    </w:p>
    <w:p w14:paraId="482F33A0" w14:textId="7DC27939" w:rsidR="009C04A2" w:rsidRDefault="003E060F">
      <w:pPr>
        <w:spacing w:before="240" w:after="240"/>
        <w:rPr>
          <w:rFonts w:ascii="Roboto" w:eastAsia="Roboto" w:hAnsi="Roboto" w:cs="Roboto"/>
        </w:rPr>
      </w:pPr>
      <w:r>
        <w:rPr>
          <w:rFonts w:ascii="Roboto" w:eastAsia="Roboto" w:hAnsi="Roboto" w:cs="Roboto"/>
        </w:rPr>
        <w:t xml:space="preserve"> No design is perfect on the first try. Engineers expect failure, testing, and frustration—it’s part of the process. The key is what happens next: redesign. After testing, you’ll take what worked, fix what didn’t, and make your robotic arm stronger, smoother, and more reliable. Redesign isn’t starting over—it’s building smarter from what you’ve already learned.</w:t>
      </w:r>
      <w:r>
        <w:rPr>
          <w:noProof/>
        </w:rPr>
        <w:drawing>
          <wp:anchor distT="114300" distB="114300" distL="114300" distR="114300" simplePos="0" relativeHeight="251671552" behindDoc="0" locked="0" layoutInCell="1" hidden="0" allowOverlap="1" wp14:anchorId="381E8E48" wp14:editId="07454264">
            <wp:simplePos x="0" y="0"/>
            <wp:positionH relativeFrom="column">
              <wp:posOffset>2</wp:posOffset>
            </wp:positionH>
            <wp:positionV relativeFrom="paragraph">
              <wp:posOffset>114300</wp:posOffset>
            </wp:positionV>
            <wp:extent cx="1371600" cy="1083564"/>
            <wp:effectExtent l="0" t="0" r="0" b="0"/>
            <wp:wrapSquare wrapText="bothSides" distT="114300" distB="114300" distL="114300" distR="114300"/>
            <wp:docPr id="210831836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a:stretch>
                      <a:fillRect/>
                    </a:stretch>
                  </pic:blipFill>
                  <pic:spPr>
                    <a:xfrm>
                      <a:off x="0" y="0"/>
                      <a:ext cx="1371600" cy="1083564"/>
                    </a:xfrm>
                    <a:prstGeom prst="rect">
                      <a:avLst/>
                    </a:prstGeom>
                    <a:ln/>
                  </pic:spPr>
                </pic:pic>
              </a:graphicData>
            </a:graphic>
          </wp:anchor>
        </w:drawing>
      </w:r>
    </w:p>
    <w:p w14:paraId="2731F9DB" w14:textId="29E00051" w:rsidR="00ED55F7" w:rsidRDefault="00F840DA">
      <w:pPr>
        <w:spacing w:before="240" w:after="240"/>
        <w:rPr>
          <w:rFonts w:ascii="Roboto" w:eastAsia="Roboto" w:hAnsi="Roboto" w:cs="Roboto"/>
          <w:lang w:val="en-US"/>
        </w:rPr>
      </w:pPr>
      <w:r>
        <w:rPr>
          <w:rFonts w:ascii="Roboto" w:eastAsia="Roboto" w:hAnsi="Roboto" w:cs="Roboto"/>
          <w:noProof/>
        </w:rPr>
        <mc:AlternateContent>
          <mc:Choice Requires="wps">
            <w:drawing>
              <wp:anchor distT="0" distB="0" distL="114300" distR="114300" simplePos="0" relativeHeight="251704320" behindDoc="0" locked="0" layoutInCell="1" allowOverlap="1" wp14:anchorId="1FD9823D" wp14:editId="12671C86">
                <wp:simplePos x="0" y="0"/>
                <wp:positionH relativeFrom="margin">
                  <wp:align>left</wp:align>
                </wp:positionH>
                <wp:positionV relativeFrom="paragraph">
                  <wp:posOffset>4272915</wp:posOffset>
                </wp:positionV>
                <wp:extent cx="5972175" cy="2209800"/>
                <wp:effectExtent l="0" t="0" r="28575" b="19050"/>
                <wp:wrapTopAndBottom/>
                <wp:docPr id="2092153627" name="Rectangle: Rounded Corners 4"/>
                <wp:cNvGraphicFramePr/>
                <a:graphic xmlns:a="http://schemas.openxmlformats.org/drawingml/2006/main">
                  <a:graphicData uri="http://schemas.microsoft.com/office/word/2010/wordprocessingShape">
                    <wps:wsp>
                      <wps:cNvSpPr/>
                      <wps:spPr>
                        <a:xfrm>
                          <a:off x="0" y="0"/>
                          <a:ext cx="5972175" cy="2209800"/>
                        </a:xfrm>
                        <a:prstGeom prst="roundRect">
                          <a:avLst>
                            <a:gd name="adj" fmla="val 1841"/>
                          </a:avLst>
                        </a:prstGeom>
                        <a:solidFill>
                          <a:schemeClr val="bg1">
                            <a:lumMod val="95000"/>
                          </a:schemeClr>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865037D" id="Rectangle: Rounded Corners 4" o:spid="_x0000_s1026" style="position:absolute;margin-left:0;margin-top:336.45pt;width:470.25pt;height:174pt;z-index:25170432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2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" fillcolor="#f2f2f2 [3052]" strokecolor="#0a121c [484]" strokeweight=".5pt">
                <w10:wrap type="topAndBottom" anchorx="margin"/>
              </v:roundrect>
            </w:pict>
          </mc:Fallback>
        </mc:AlternateContent>
      </w:r>
      <w:r w:rsidR="00ED55F7" w:rsidRPr="00ED55F7">
        <w:rPr>
          <w:rFonts w:ascii="Roboto" w:eastAsia="Roboto" w:hAnsi="Roboto" w:cs="Roboto"/>
          <w:lang w:val="en-US"/>
        </w:rPr>
        <w:t>Combine the duplicate redesign sections into one section.</w:t>
      </w:r>
      <w:r w:rsidR="00ED55F7" w:rsidRPr="00ED55F7">
        <w:rPr>
          <w:rFonts w:ascii="Roboto" w:eastAsia="Roboto" w:hAnsi="Roboto" w:cs="Roboto"/>
          <w:lang w:val="en-US"/>
        </w:rPr>
        <w:br/>
      </w:r>
      <w:r w:rsidR="00ED55F7" w:rsidRPr="00ED55F7">
        <w:rPr>
          <w:rFonts w:ascii="Roboto" w:eastAsia="Roboto" w:hAnsi="Roboto" w:cs="Roboto"/>
          <w:lang w:val="en-US"/>
        </w:rPr>
        <w:br/>
        <w:t>Use the test results to identify the most important problem affecting performance.</w:t>
      </w:r>
      <w:r w:rsidR="00ED55F7" w:rsidRPr="00ED55F7">
        <w:rPr>
          <w:rFonts w:ascii="Roboto" w:eastAsia="Roboto" w:hAnsi="Roboto" w:cs="Roboto"/>
          <w:lang w:val="en-US"/>
        </w:rPr>
        <w:br/>
      </w:r>
      <w:r w:rsidR="00ED55F7" w:rsidRPr="00ED55F7">
        <w:rPr>
          <w:rFonts w:ascii="Roboto" w:eastAsia="Roboto" w:hAnsi="Roboto" w:cs="Roboto"/>
          <w:lang w:val="en-US"/>
        </w:rPr>
        <w:br/>
        <w:t>Your redesign may address:</w:t>
      </w:r>
      <w:r w:rsidR="00ED55F7" w:rsidRPr="00ED55F7">
        <w:rPr>
          <w:rFonts w:ascii="Roboto" w:eastAsia="Roboto" w:hAnsi="Roboto" w:cs="Roboto"/>
          <w:lang w:val="en-US"/>
        </w:rPr>
        <w:br/>
        <w:t>• unstable base</w:t>
      </w:r>
      <w:r w:rsidR="00ED55F7" w:rsidRPr="00ED55F7">
        <w:rPr>
          <w:rFonts w:ascii="Roboto" w:eastAsia="Roboto" w:hAnsi="Roboto" w:cs="Roboto"/>
          <w:lang w:val="en-US"/>
        </w:rPr>
        <w:br/>
        <w:t>• weak or misaligned joint</w:t>
      </w:r>
      <w:r w:rsidR="00ED55F7" w:rsidRPr="00ED55F7">
        <w:rPr>
          <w:rFonts w:ascii="Roboto" w:eastAsia="Roboto" w:hAnsi="Roboto" w:cs="Roboto"/>
          <w:lang w:val="en-US"/>
        </w:rPr>
        <w:br/>
        <w:t>• loose servo mount</w:t>
      </w:r>
      <w:r w:rsidR="00ED55F7" w:rsidRPr="00ED55F7">
        <w:rPr>
          <w:rFonts w:ascii="Roboto" w:eastAsia="Roboto" w:hAnsi="Roboto" w:cs="Roboto"/>
          <w:lang w:val="en-US"/>
        </w:rPr>
        <w:br/>
        <w:t>• bending cardboard</w:t>
      </w:r>
      <w:r w:rsidR="00ED55F7" w:rsidRPr="00ED55F7">
        <w:rPr>
          <w:rFonts w:ascii="Roboto" w:eastAsia="Roboto" w:hAnsi="Roboto" w:cs="Roboto"/>
          <w:lang w:val="en-US"/>
        </w:rPr>
        <w:br/>
        <w:t>• unreliable gripper</w:t>
      </w:r>
      <w:r w:rsidR="00ED55F7" w:rsidRPr="00ED55F7">
        <w:rPr>
          <w:rFonts w:ascii="Roboto" w:eastAsia="Roboto" w:hAnsi="Roboto" w:cs="Roboto"/>
          <w:lang w:val="en-US"/>
        </w:rPr>
        <w:br/>
        <w:t>• poor range of motion</w:t>
      </w:r>
      <w:r w:rsidR="00ED55F7" w:rsidRPr="00ED55F7">
        <w:rPr>
          <w:rFonts w:ascii="Roboto" w:eastAsia="Roboto" w:hAnsi="Roboto" w:cs="Roboto"/>
          <w:lang w:val="en-US"/>
        </w:rPr>
        <w:br/>
        <w:t>• timing or sequencing errors</w:t>
      </w:r>
      <w:r w:rsidR="00ED55F7" w:rsidRPr="00ED55F7">
        <w:rPr>
          <w:rFonts w:ascii="Roboto" w:eastAsia="Roboto" w:hAnsi="Roboto" w:cs="Roboto"/>
          <w:lang w:val="en-US"/>
        </w:rPr>
        <w:br/>
      </w:r>
      <w:r w:rsidR="00ED55F7" w:rsidRPr="00ED55F7">
        <w:rPr>
          <w:rFonts w:ascii="Roboto" w:eastAsia="Roboto" w:hAnsi="Roboto" w:cs="Roboto"/>
          <w:lang w:val="en-US"/>
        </w:rPr>
        <w:br/>
        <w:t>Evidence:</w:t>
      </w:r>
      <w:r w:rsidR="00ED55F7" w:rsidRPr="00ED55F7">
        <w:rPr>
          <w:rFonts w:ascii="Roboto" w:eastAsia="Roboto" w:hAnsi="Roboto" w:cs="Roboto"/>
          <w:lang w:val="en-US"/>
        </w:rPr>
        <w:br/>
        <w:t>• at least one specific redesign</w:t>
      </w:r>
      <w:r w:rsidR="00ED55F7" w:rsidRPr="00ED55F7">
        <w:rPr>
          <w:rFonts w:ascii="Roboto" w:eastAsia="Roboto" w:hAnsi="Roboto" w:cs="Roboto"/>
          <w:lang w:val="en-US"/>
        </w:rPr>
        <w:br/>
        <w:t>• explanation connecting the change to test evidence</w:t>
      </w:r>
      <w:r w:rsidR="00ED55F7" w:rsidRPr="00ED55F7">
        <w:rPr>
          <w:rFonts w:ascii="Roboto" w:eastAsia="Roboto" w:hAnsi="Roboto" w:cs="Roboto"/>
          <w:lang w:val="en-US"/>
        </w:rPr>
        <w:br/>
        <w:t>• updated sketch, photo, or code as appropriate</w:t>
      </w:r>
      <w:r w:rsidR="00ED55F7" w:rsidRPr="00ED55F7">
        <w:rPr>
          <w:rFonts w:ascii="Roboto" w:eastAsia="Roboto" w:hAnsi="Roboto" w:cs="Roboto"/>
          <w:lang w:val="en-US"/>
        </w:rPr>
        <w:br/>
        <w:t>• results from retesting, if the redesign is implemented</w:t>
      </w:r>
      <w:r w:rsidR="00ED55F7" w:rsidRPr="00ED55F7">
        <w:rPr>
          <w:rFonts w:ascii="Roboto" w:eastAsia="Roboto" w:hAnsi="Roboto" w:cs="Roboto"/>
          <w:lang w:val="en-US"/>
        </w:rPr>
        <w:br/>
      </w:r>
      <w:r w:rsidR="00ED55F7" w:rsidRPr="00ED55F7">
        <w:rPr>
          <w:rFonts w:ascii="Roboto" w:eastAsia="Roboto" w:hAnsi="Roboto" w:cs="Roboto"/>
          <w:lang w:val="en-US"/>
        </w:rPr>
        <w:br/>
        <w:t>If time does not allow implementation, explain the proposed change and predict how it would improve performance.</w:t>
      </w:r>
    </w:p>
    <w:p w14:paraId="3768E2FE" w14:textId="77777777" w:rsidR="009C04A2" w:rsidRDefault="003E060F">
      <w:pPr>
        <w:pStyle w:val="Heading2"/>
        <w:spacing w:line="240" w:lineRule="auto"/>
      </w:pPr>
      <w:bookmarkStart w:id="4" w:name="_heading=h.pj0s8xyfyjpx" w:colFirst="0" w:colLast="0"/>
      <w:bookmarkEnd w:id="4"/>
      <w:r>
        <w:lastRenderedPageBreak/>
        <w:t>Reflection</w:t>
      </w:r>
    </w:p>
    <w:p w14:paraId="4DD906BC" w14:textId="77777777" w:rsidR="009C04A2" w:rsidRDefault="003E060F">
      <w:pPr>
        <w:spacing w:after="0" w:line="240" w:lineRule="auto"/>
        <w:rPr>
          <w:rFonts w:ascii="Aptos" w:eastAsia="Aptos" w:hAnsi="Aptos" w:cs="Aptos"/>
          <w:sz w:val="24"/>
          <w:szCs w:val="24"/>
        </w:rPr>
      </w:pPr>
      <w:r>
        <w:rPr>
          <w:noProof/>
        </w:rPr>
        <w:drawing>
          <wp:anchor distT="0" distB="0" distL="114300" distR="114300" simplePos="0" relativeHeight="251672576" behindDoc="0" locked="0" layoutInCell="1" hidden="0" allowOverlap="1" wp14:anchorId="0710AED4" wp14:editId="260FACD8">
            <wp:simplePos x="0" y="0"/>
            <wp:positionH relativeFrom="column">
              <wp:posOffset>104776</wp:posOffset>
            </wp:positionH>
            <wp:positionV relativeFrom="paragraph">
              <wp:posOffset>133313</wp:posOffset>
            </wp:positionV>
            <wp:extent cx="1371600" cy="1083564"/>
            <wp:effectExtent l="0" t="0" r="0" b="0"/>
            <wp:wrapSquare wrapText="bothSides" distT="0" distB="0" distL="114300" distR="114300"/>
            <wp:docPr id="2108318361" name="image13.pn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A diagram of a process&#10;&#10;Description automatically generated"/>
                    <pic:cNvPicPr preferRelativeResize="0"/>
                  </pic:nvPicPr>
                  <pic:blipFill>
                    <a:blip r:embed="rId20"/>
                    <a:srcRect/>
                    <a:stretch>
                      <a:fillRect/>
                    </a:stretch>
                  </pic:blipFill>
                  <pic:spPr>
                    <a:xfrm>
                      <a:off x="0" y="0"/>
                      <a:ext cx="1371600" cy="1083564"/>
                    </a:xfrm>
                    <a:prstGeom prst="rect">
                      <a:avLst/>
                    </a:prstGeom>
                    <a:ln/>
                  </pic:spPr>
                </pic:pic>
              </a:graphicData>
            </a:graphic>
          </wp:anchor>
        </w:drawing>
      </w:r>
    </w:p>
    <w:p w14:paraId="5397F6AB" w14:textId="77777777" w:rsidR="00ED55F7" w:rsidRDefault="00ED55F7">
      <w:pPr>
        <w:spacing w:after="0" w:line="240" w:lineRule="auto"/>
        <w:rPr>
          <w:rFonts w:ascii="Aptos" w:eastAsia="Aptos" w:hAnsi="Aptos" w:cs="Aptos"/>
          <w:sz w:val="24"/>
          <w:szCs w:val="24"/>
          <w:lang w:val="en-US"/>
        </w:rPr>
      </w:pPr>
      <w:r w:rsidRPr="00ED55F7">
        <w:rPr>
          <w:rFonts w:ascii="Aptos" w:eastAsia="Aptos" w:hAnsi="Aptos" w:cs="Aptos"/>
          <w:sz w:val="24"/>
          <w:szCs w:val="24"/>
          <w:lang w:val="en-US"/>
        </w:rPr>
        <w:t>Even if the robotic arm was completed as a team, each team member completes an individual reflection.</w:t>
      </w:r>
      <w:r w:rsidRPr="00ED55F7">
        <w:rPr>
          <w:rFonts w:ascii="Aptos" w:eastAsia="Aptos" w:hAnsi="Aptos" w:cs="Aptos"/>
          <w:sz w:val="24"/>
          <w:szCs w:val="24"/>
          <w:lang w:val="en-US"/>
        </w:rPr>
        <w:br/>
      </w:r>
      <w:r w:rsidRPr="00ED55F7">
        <w:rPr>
          <w:rFonts w:ascii="Aptos" w:eastAsia="Aptos" w:hAnsi="Aptos" w:cs="Aptos"/>
          <w:sz w:val="24"/>
          <w:szCs w:val="24"/>
          <w:lang w:val="en-US"/>
        </w:rPr>
        <w:br/>
        <w:t>Respond to:</w:t>
      </w:r>
      <w:r w:rsidRPr="00ED55F7">
        <w:rPr>
          <w:rFonts w:ascii="Aptos" w:eastAsia="Aptos" w:hAnsi="Aptos" w:cs="Aptos"/>
          <w:sz w:val="24"/>
          <w:szCs w:val="24"/>
          <w:lang w:val="en-US"/>
        </w:rPr>
        <w:br/>
        <w:t>• What did you learn about robotic-arm movement, joints, servos, grippers, or coding?</w:t>
      </w:r>
      <w:r w:rsidRPr="00ED55F7">
        <w:rPr>
          <w:rFonts w:ascii="Aptos" w:eastAsia="Aptos" w:hAnsi="Aptos" w:cs="Aptos"/>
          <w:sz w:val="24"/>
          <w:szCs w:val="24"/>
          <w:lang w:val="en-US"/>
        </w:rPr>
        <w:br/>
        <w:t>• What was the most difficult part to make reliable?</w:t>
      </w:r>
      <w:r w:rsidRPr="00ED55F7">
        <w:rPr>
          <w:rFonts w:ascii="Aptos" w:eastAsia="Aptos" w:hAnsi="Aptos" w:cs="Aptos"/>
          <w:sz w:val="24"/>
          <w:szCs w:val="24"/>
          <w:lang w:val="en-US"/>
        </w:rPr>
        <w:br/>
        <w:t>• What did you personally contribute?</w:t>
      </w:r>
      <w:r w:rsidRPr="00ED55F7">
        <w:rPr>
          <w:rFonts w:ascii="Aptos" w:eastAsia="Aptos" w:hAnsi="Aptos" w:cs="Aptos"/>
          <w:sz w:val="24"/>
          <w:szCs w:val="24"/>
          <w:lang w:val="en-US"/>
        </w:rPr>
        <w:br/>
        <w:t>• What changed from the first design or code to the final system?</w:t>
      </w:r>
      <w:r w:rsidRPr="00ED55F7">
        <w:rPr>
          <w:rFonts w:ascii="Aptos" w:eastAsia="Aptos" w:hAnsi="Aptos" w:cs="Aptos"/>
          <w:sz w:val="24"/>
          <w:szCs w:val="24"/>
          <w:lang w:val="en-US"/>
        </w:rPr>
        <w:br/>
        <w:t>• How did testing influence the redesign?</w:t>
      </w:r>
      <w:r w:rsidRPr="00ED55F7">
        <w:rPr>
          <w:rFonts w:ascii="Aptos" w:eastAsia="Aptos" w:hAnsi="Aptos" w:cs="Aptos"/>
          <w:sz w:val="24"/>
          <w:szCs w:val="24"/>
          <w:lang w:val="en-US"/>
        </w:rPr>
        <w:br/>
        <w:t>• If you had more time, what would you improve or automate next?</w:t>
      </w:r>
      <w:r w:rsidRPr="00ED55F7">
        <w:rPr>
          <w:rFonts w:ascii="Aptos" w:eastAsia="Aptos" w:hAnsi="Aptos" w:cs="Aptos"/>
          <w:sz w:val="24"/>
          <w:szCs w:val="24"/>
          <w:lang w:val="en-US"/>
        </w:rPr>
        <w:br/>
      </w:r>
      <w:r w:rsidRPr="00ED55F7">
        <w:rPr>
          <w:rFonts w:ascii="Aptos" w:eastAsia="Aptos" w:hAnsi="Aptos" w:cs="Aptos"/>
          <w:sz w:val="24"/>
          <w:szCs w:val="24"/>
          <w:lang w:val="en-US"/>
        </w:rPr>
        <w:br/>
        <w:t>Evidence: Submit your own reflection in a teacher-approved format.</w:t>
      </w:r>
    </w:p>
    <w:p w14:paraId="3F0B5A6C" w14:textId="3909B43C" w:rsidR="00ED55F7" w:rsidRDefault="00F840DA">
      <w:pPr>
        <w:spacing w:after="0" w:line="240" w:lineRule="auto"/>
        <w:rPr>
          <w:rFonts w:ascii="Aptos" w:eastAsia="Aptos" w:hAnsi="Aptos" w:cs="Aptos"/>
          <w:sz w:val="24"/>
          <w:szCs w:val="24"/>
          <w:lang w:val="en-US"/>
        </w:rPr>
      </w:pPr>
      <w:r>
        <w:rPr>
          <w:rFonts w:ascii="Roboto" w:eastAsia="Roboto" w:hAnsi="Roboto" w:cs="Roboto"/>
          <w:noProof/>
        </w:rPr>
        <mc:AlternateContent>
          <mc:Choice Requires="wps">
            <w:drawing>
              <wp:anchor distT="0" distB="0" distL="114300" distR="114300" simplePos="0" relativeHeight="251706368" behindDoc="0" locked="0" layoutInCell="1" allowOverlap="1" wp14:anchorId="4CD8F6D8" wp14:editId="445446F3">
                <wp:simplePos x="0" y="0"/>
                <wp:positionH relativeFrom="margin">
                  <wp:align>left</wp:align>
                </wp:positionH>
                <wp:positionV relativeFrom="paragraph">
                  <wp:posOffset>242570</wp:posOffset>
                </wp:positionV>
                <wp:extent cx="5972175" cy="2209800"/>
                <wp:effectExtent l="0" t="0" r="28575" b="19050"/>
                <wp:wrapTopAndBottom/>
                <wp:docPr id="1168773545" name="Rectangle: Rounded Corners 4"/>
                <wp:cNvGraphicFramePr/>
                <a:graphic xmlns:a="http://schemas.openxmlformats.org/drawingml/2006/main">
                  <a:graphicData uri="http://schemas.microsoft.com/office/word/2010/wordprocessingShape">
                    <wps:wsp>
                      <wps:cNvSpPr/>
                      <wps:spPr>
                        <a:xfrm>
                          <a:off x="0" y="0"/>
                          <a:ext cx="5972175" cy="2209800"/>
                        </a:xfrm>
                        <a:prstGeom prst="roundRect">
                          <a:avLst>
                            <a:gd name="adj" fmla="val 1841"/>
                          </a:avLst>
                        </a:prstGeom>
                        <a:solidFill>
                          <a:schemeClr val="bg1">
                            <a:lumMod val="95000"/>
                          </a:schemeClr>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57F48C5" id="Rectangle: Rounded Corners 4" o:spid="_x0000_s1026" style="position:absolute;margin-left:0;margin-top:19.1pt;width:470.25pt;height:174pt;z-index:2517063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2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" fillcolor="#f2f2f2 [3052]" strokecolor="#0a121c [484]" strokeweight=".5pt">
                <w10:wrap type="topAndBottom" anchorx="margin"/>
              </v:roundrect>
            </w:pict>
          </mc:Fallback>
        </mc:AlternateContent>
      </w:r>
    </w:p>
    <w:p w14:paraId="6385AAD1" w14:textId="63E3E65F" w:rsidR="009C04A2" w:rsidRDefault="009C04A2" w:rsidP="00F840DA">
      <w:pPr>
        <w:pStyle w:val="Heading1"/>
        <w:jc w:val="left"/>
      </w:pPr>
      <w:bookmarkStart w:id="5" w:name="_heading=h.42gqv2gvcte8" w:colFirst="0" w:colLast="0"/>
      <w:bookmarkEnd w:id="5"/>
    </w:p>
    <w:p w14:paraId="19F6EF44" w14:textId="77777777" w:rsidR="009C04A2" w:rsidRDefault="009C04A2">
      <w:pPr>
        <w:pStyle w:val="Heading1"/>
      </w:pPr>
      <w:bookmarkStart w:id="6" w:name="_heading=h.65an56fo5nb2" w:colFirst="0" w:colLast="0"/>
      <w:bookmarkEnd w:id="6"/>
    </w:p>
    <w:p w14:paraId="3145C74A" w14:textId="77777777" w:rsidR="009C04A2" w:rsidRDefault="009C04A2">
      <w:pPr>
        <w:pStyle w:val="Heading1"/>
      </w:pPr>
      <w:bookmarkStart w:id="7" w:name="_heading=h.u1esobb7uolj" w:colFirst="0" w:colLast="0"/>
      <w:bookmarkEnd w:id="7"/>
    </w:p>
    <w:p w14:paraId="75D2579E" w14:textId="77777777" w:rsidR="00EB30A5" w:rsidRDefault="00EB30A5" w:rsidP="00EB30A5"/>
    <w:p w14:paraId="1D0A9EC4" w14:textId="77777777" w:rsidR="00EB30A5" w:rsidRDefault="00EB30A5" w:rsidP="00EB30A5"/>
    <w:p w14:paraId="5CFB3594" w14:textId="65242C58" w:rsidR="009C04A2" w:rsidRDefault="00F840DA">
      <w:pPr>
        <w:pStyle w:val="Heading1"/>
        <w:rPr>
          <w:rFonts w:ascii="Play" w:eastAsia="Play" w:hAnsi="Play" w:cs="Play"/>
          <w:sz w:val="46"/>
          <w:szCs w:val="46"/>
        </w:rPr>
      </w:pPr>
      <w:bookmarkStart w:id="8" w:name="_heading=h.qrmuwxe4oynq" w:colFirst="0" w:colLast="0"/>
      <w:bookmarkEnd w:id="8"/>
      <w:r>
        <w:lastRenderedPageBreak/>
        <w:t>R</w:t>
      </w:r>
      <w:r w:rsidR="003E060F">
        <w:t xml:space="preserve">obotic Arm Project Rubric </w:t>
      </w:r>
    </w:p>
    <w:tbl>
      <w:tblPr>
        <w:tblStyle w:val="a1"/>
        <w:tblW w:w="86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12"/>
        <w:gridCol w:w="2621"/>
        <w:gridCol w:w="2350"/>
        <w:gridCol w:w="1957"/>
      </w:tblGrid>
      <w:tr w:rsidR="009C04A2" w14:paraId="51CAACF2" w14:textId="77777777" w:rsidTr="00ED55F7">
        <w:trPr>
          <w:trHeight w:val="500"/>
        </w:trPr>
        <w:tc>
          <w:tcPr>
            <w:tcW w:w="1712" w:type="dxa"/>
            <w:tcBorders>
              <w:top w:val="single" w:sz="6" w:space="0" w:color="000000"/>
              <w:left w:val="single" w:sz="6" w:space="0" w:color="000000"/>
              <w:bottom w:val="single" w:sz="6" w:space="0" w:color="000000"/>
              <w:right w:val="single" w:sz="6" w:space="0" w:color="000000"/>
            </w:tcBorders>
            <w:shd w:val="clear" w:color="auto" w:fill="FFFF00"/>
            <w:tcMar>
              <w:top w:w="100" w:type="dxa"/>
              <w:left w:w="100" w:type="dxa"/>
              <w:bottom w:w="100" w:type="dxa"/>
              <w:right w:w="100" w:type="dxa"/>
            </w:tcMar>
            <w:vAlign w:val="bottom"/>
          </w:tcPr>
          <w:p w14:paraId="2C43447C" w14:textId="77777777" w:rsidR="009C04A2" w:rsidRDefault="003E060F">
            <w:pPr>
              <w:spacing w:after="240"/>
              <w:jc w:val="center"/>
              <w:rPr>
                <w:rFonts w:ascii="Roboto" w:eastAsia="Roboto" w:hAnsi="Roboto" w:cs="Roboto"/>
              </w:rPr>
            </w:pPr>
            <w:r>
              <w:rPr>
                <w:rFonts w:ascii="Roboto" w:eastAsia="Roboto" w:hAnsi="Roboto" w:cs="Roboto"/>
                <w:b/>
              </w:rPr>
              <w:t>Category</w:t>
            </w:r>
          </w:p>
        </w:tc>
        <w:tc>
          <w:tcPr>
            <w:tcW w:w="2621" w:type="dxa"/>
            <w:tcBorders>
              <w:top w:val="single" w:sz="6" w:space="0" w:color="000000"/>
              <w:left w:val="single" w:sz="6" w:space="0" w:color="000000"/>
              <w:bottom w:val="single" w:sz="6" w:space="0" w:color="000000"/>
              <w:right w:val="single" w:sz="6" w:space="0" w:color="000000"/>
            </w:tcBorders>
            <w:shd w:val="clear" w:color="auto" w:fill="FFFF00"/>
            <w:tcMar>
              <w:top w:w="100" w:type="dxa"/>
              <w:left w:w="100" w:type="dxa"/>
              <w:bottom w:w="100" w:type="dxa"/>
              <w:right w:w="100" w:type="dxa"/>
            </w:tcMar>
            <w:vAlign w:val="center"/>
          </w:tcPr>
          <w:p w14:paraId="2BA71B18" w14:textId="77777777" w:rsidR="009C04A2" w:rsidRDefault="003E060F">
            <w:pPr>
              <w:spacing w:after="240"/>
              <w:jc w:val="center"/>
              <w:rPr>
                <w:rFonts w:ascii="Roboto" w:eastAsia="Roboto" w:hAnsi="Roboto" w:cs="Roboto"/>
              </w:rPr>
            </w:pPr>
            <w:r>
              <w:rPr>
                <w:rFonts w:ascii="Roboto" w:eastAsia="Roboto" w:hAnsi="Roboto" w:cs="Roboto"/>
                <w:b/>
              </w:rPr>
              <w:t>1 – Beginning</w:t>
            </w:r>
          </w:p>
        </w:tc>
        <w:tc>
          <w:tcPr>
            <w:tcW w:w="2350" w:type="dxa"/>
            <w:tcBorders>
              <w:top w:val="single" w:sz="6" w:space="0" w:color="000000"/>
              <w:left w:val="single" w:sz="6" w:space="0" w:color="000000"/>
              <w:bottom w:val="single" w:sz="6" w:space="0" w:color="000000"/>
              <w:right w:val="single" w:sz="6" w:space="0" w:color="000000"/>
            </w:tcBorders>
            <w:shd w:val="clear" w:color="auto" w:fill="FFFF00"/>
            <w:tcMar>
              <w:top w:w="100" w:type="dxa"/>
              <w:left w:w="100" w:type="dxa"/>
              <w:bottom w:w="100" w:type="dxa"/>
              <w:right w:w="100" w:type="dxa"/>
            </w:tcMar>
            <w:vAlign w:val="center"/>
          </w:tcPr>
          <w:p w14:paraId="44C73D96" w14:textId="77777777" w:rsidR="009C04A2" w:rsidRDefault="003E060F">
            <w:pPr>
              <w:spacing w:after="240"/>
              <w:jc w:val="center"/>
              <w:rPr>
                <w:rFonts w:ascii="Roboto" w:eastAsia="Roboto" w:hAnsi="Roboto" w:cs="Roboto"/>
              </w:rPr>
            </w:pPr>
            <w:r>
              <w:rPr>
                <w:rFonts w:ascii="Roboto" w:eastAsia="Roboto" w:hAnsi="Roboto" w:cs="Roboto"/>
                <w:b/>
              </w:rPr>
              <w:t>2 – Developing</w:t>
            </w:r>
          </w:p>
        </w:tc>
        <w:tc>
          <w:tcPr>
            <w:tcW w:w="1957" w:type="dxa"/>
            <w:tcBorders>
              <w:top w:val="single" w:sz="6" w:space="0" w:color="000000"/>
              <w:left w:val="single" w:sz="6" w:space="0" w:color="000000"/>
              <w:bottom w:val="single" w:sz="6" w:space="0" w:color="000000"/>
              <w:right w:val="single" w:sz="6" w:space="0" w:color="000000"/>
            </w:tcBorders>
            <w:shd w:val="clear" w:color="auto" w:fill="FFFF00"/>
            <w:tcMar>
              <w:top w:w="100" w:type="dxa"/>
              <w:left w:w="100" w:type="dxa"/>
              <w:bottom w:w="100" w:type="dxa"/>
              <w:right w:w="100" w:type="dxa"/>
            </w:tcMar>
            <w:vAlign w:val="center"/>
          </w:tcPr>
          <w:p w14:paraId="2A92837A" w14:textId="77777777" w:rsidR="009C04A2" w:rsidRDefault="003E060F">
            <w:pPr>
              <w:spacing w:after="240"/>
              <w:jc w:val="center"/>
              <w:rPr>
                <w:rFonts w:ascii="Roboto" w:eastAsia="Roboto" w:hAnsi="Roboto" w:cs="Roboto"/>
              </w:rPr>
            </w:pPr>
            <w:r>
              <w:rPr>
                <w:rFonts w:ascii="Roboto" w:eastAsia="Roboto" w:hAnsi="Roboto" w:cs="Roboto"/>
                <w:b/>
              </w:rPr>
              <w:t>3 – Proficient</w:t>
            </w:r>
          </w:p>
        </w:tc>
      </w:tr>
      <w:tr w:rsidR="00ED55F7" w14:paraId="1FC7C216" w14:textId="77777777" w:rsidTr="002573A8">
        <w:trPr>
          <w:trHeight w:val="1580"/>
        </w:trPr>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759A0A5" w14:textId="77777777" w:rsidR="00ED55F7" w:rsidRDefault="00ED55F7" w:rsidP="00ED55F7">
            <w:pPr>
              <w:spacing w:after="240"/>
              <w:rPr>
                <w:rFonts w:ascii="Roboto" w:eastAsia="Roboto" w:hAnsi="Roboto" w:cs="Roboto"/>
              </w:rPr>
            </w:pPr>
            <w:r>
              <w:rPr>
                <w:rFonts w:ascii="Roboto" w:eastAsia="Roboto" w:hAnsi="Roboto" w:cs="Roboto"/>
                <w:b/>
              </w:rPr>
              <w:t>Alternative Design</w:t>
            </w:r>
          </w:p>
        </w:tc>
        <w:tc>
          <w:tcPr>
            <w:tcW w:w="26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474C6E2" w14:textId="436F43F9" w:rsidR="00ED55F7" w:rsidRDefault="00ED55F7" w:rsidP="00ED55F7">
            <w:pPr>
              <w:spacing w:after="240"/>
              <w:rPr>
                <w:rFonts w:ascii="Roboto" w:eastAsia="Roboto" w:hAnsi="Roboto" w:cs="Roboto"/>
              </w:rPr>
            </w:pPr>
            <w:r>
              <w:rPr>
                <w:sz w:val="16"/>
              </w:rPr>
              <w:t>One design idea is shown with limited comparison or detail.</w:t>
            </w:r>
          </w:p>
        </w:tc>
        <w:tc>
          <w:tcPr>
            <w:tcW w:w="23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EFED05A" w14:textId="1E8F7383" w:rsidR="00ED55F7" w:rsidRDefault="00ED55F7" w:rsidP="00ED55F7">
            <w:pPr>
              <w:spacing w:after="240"/>
              <w:rPr>
                <w:rFonts w:ascii="Roboto" w:eastAsia="Roboto" w:hAnsi="Roboto" w:cs="Roboto"/>
              </w:rPr>
            </w:pPr>
            <w:r>
              <w:rPr>
                <w:sz w:val="16"/>
              </w:rPr>
              <w:t>Two designs are shown and compared using at least one criterion.</w:t>
            </w:r>
          </w:p>
        </w:tc>
        <w:tc>
          <w:tcPr>
            <w:tcW w:w="19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08BD719" w14:textId="004F2A15" w:rsidR="00ED55F7" w:rsidRDefault="00ED55F7" w:rsidP="00ED55F7">
            <w:pPr>
              <w:spacing w:after="240"/>
              <w:rPr>
                <w:rFonts w:ascii="Roboto" w:eastAsia="Roboto" w:hAnsi="Roboto" w:cs="Roboto"/>
              </w:rPr>
            </w:pPr>
            <w:r>
              <w:rPr>
                <w:sz w:val="16"/>
              </w:rPr>
              <w:t>At least three meaningfully different designs are shown; the final design is selected or synthesized using multiple criteria and clear evidence.</w:t>
            </w:r>
          </w:p>
        </w:tc>
      </w:tr>
      <w:tr w:rsidR="00ED55F7" w14:paraId="1B491BAE" w14:textId="77777777" w:rsidTr="002573A8">
        <w:trPr>
          <w:trHeight w:val="1310"/>
        </w:trPr>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D6D7DF7" w14:textId="77777777" w:rsidR="00ED55F7" w:rsidRDefault="00ED55F7" w:rsidP="00ED55F7">
            <w:pPr>
              <w:spacing w:after="240"/>
              <w:rPr>
                <w:rFonts w:ascii="Roboto" w:eastAsia="Roboto" w:hAnsi="Roboto" w:cs="Roboto"/>
              </w:rPr>
            </w:pPr>
            <w:r>
              <w:rPr>
                <w:rFonts w:ascii="Roboto" w:eastAsia="Roboto" w:hAnsi="Roboto" w:cs="Roboto"/>
                <w:b/>
              </w:rPr>
              <w:t>Servo Operation Coding</w:t>
            </w:r>
          </w:p>
        </w:tc>
        <w:tc>
          <w:tcPr>
            <w:tcW w:w="26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C863A81" w14:textId="780E11A9" w:rsidR="00ED55F7" w:rsidRDefault="00ED55F7" w:rsidP="00ED55F7">
            <w:pPr>
              <w:spacing w:after="240"/>
              <w:rPr>
                <w:rFonts w:ascii="Roboto" w:eastAsia="Roboto" w:hAnsi="Roboto" w:cs="Roboto"/>
              </w:rPr>
            </w:pPr>
            <w:r>
              <w:rPr>
                <w:sz w:val="16"/>
              </w:rPr>
              <w:t>Code is incomplete or individual servos do not respond reliably.</w:t>
            </w:r>
          </w:p>
        </w:tc>
        <w:tc>
          <w:tcPr>
            <w:tcW w:w="23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47F5588" w14:textId="4EC87CC7" w:rsidR="00ED55F7" w:rsidRDefault="00ED55F7" w:rsidP="00ED55F7">
            <w:pPr>
              <w:spacing w:after="240"/>
              <w:rPr>
                <w:rFonts w:ascii="Roboto" w:eastAsia="Roboto" w:hAnsi="Roboto" w:cs="Roboto"/>
              </w:rPr>
            </w:pPr>
            <w:r>
              <w:rPr>
                <w:sz w:val="16"/>
              </w:rPr>
              <w:t>Servos complete most required movements, but timing, position, or coordination is inconsistent.</w:t>
            </w:r>
          </w:p>
        </w:tc>
        <w:tc>
          <w:tcPr>
            <w:tcW w:w="19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401272F" w14:textId="7C67B43B" w:rsidR="00ED55F7" w:rsidRDefault="00ED55F7" w:rsidP="00ED55F7">
            <w:pPr>
              <w:spacing w:after="240"/>
              <w:rPr>
                <w:rFonts w:ascii="Roboto" w:eastAsia="Roboto" w:hAnsi="Roboto" w:cs="Roboto"/>
              </w:rPr>
            </w:pPr>
            <w:r>
              <w:rPr>
                <w:sz w:val="16"/>
              </w:rPr>
              <w:t>Pseudocode and final code coordinate base, joints, and gripper through the complete Point A to Point B sequence reliably.</w:t>
            </w:r>
          </w:p>
        </w:tc>
      </w:tr>
      <w:tr w:rsidR="00ED55F7" w14:paraId="697290F2" w14:textId="77777777" w:rsidTr="002573A8">
        <w:trPr>
          <w:trHeight w:val="1580"/>
        </w:trPr>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EB7A160" w14:textId="77777777" w:rsidR="00ED55F7" w:rsidRDefault="00ED55F7" w:rsidP="00ED55F7">
            <w:pPr>
              <w:spacing w:after="240"/>
              <w:rPr>
                <w:rFonts w:ascii="Roboto" w:eastAsia="Roboto" w:hAnsi="Roboto" w:cs="Roboto"/>
              </w:rPr>
            </w:pPr>
            <w:r>
              <w:rPr>
                <w:rFonts w:ascii="Roboto" w:eastAsia="Roboto" w:hAnsi="Roboto" w:cs="Roboto"/>
                <w:b/>
              </w:rPr>
              <w:t>Final Design &amp; Documentation</w:t>
            </w:r>
          </w:p>
        </w:tc>
        <w:tc>
          <w:tcPr>
            <w:tcW w:w="26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B6BE6F" w14:textId="317A48C0" w:rsidR="00ED55F7" w:rsidRDefault="00ED55F7" w:rsidP="00ED55F7">
            <w:pPr>
              <w:spacing w:after="240"/>
              <w:rPr>
                <w:rFonts w:ascii="Roboto" w:eastAsia="Roboto" w:hAnsi="Roboto" w:cs="Roboto"/>
              </w:rPr>
            </w:pPr>
            <w:r>
              <w:rPr>
                <w:sz w:val="16"/>
              </w:rPr>
              <w:t>Prototype or documentation is incomplete.</w:t>
            </w:r>
          </w:p>
        </w:tc>
        <w:tc>
          <w:tcPr>
            <w:tcW w:w="23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EB48B02" w14:textId="3B45B768" w:rsidR="00ED55F7" w:rsidRDefault="00ED55F7" w:rsidP="00ED55F7">
            <w:pPr>
              <w:spacing w:after="240"/>
              <w:rPr>
                <w:rFonts w:ascii="Roboto" w:eastAsia="Roboto" w:hAnsi="Roboto" w:cs="Roboto"/>
              </w:rPr>
            </w:pPr>
            <w:r>
              <w:rPr>
                <w:sz w:val="16"/>
              </w:rPr>
              <w:t>Prototype is mostly complete; sketches, photos, and code provide basic evidence.</w:t>
            </w:r>
          </w:p>
        </w:tc>
        <w:tc>
          <w:tcPr>
            <w:tcW w:w="19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F4587AB" w14:textId="7C99D975" w:rsidR="00ED55F7" w:rsidRDefault="00ED55F7" w:rsidP="00ED55F7">
            <w:pPr>
              <w:spacing w:after="240"/>
              <w:rPr>
                <w:rFonts w:ascii="Roboto" w:eastAsia="Roboto" w:hAnsi="Roboto" w:cs="Roboto"/>
              </w:rPr>
            </w:pPr>
            <w:r>
              <w:rPr>
                <w:sz w:val="16"/>
              </w:rPr>
              <w:t>Prototype, required sketches, subsystem photos, initial/final code, and meaningful changes are clearly documented and explained.</w:t>
            </w:r>
          </w:p>
        </w:tc>
      </w:tr>
      <w:tr w:rsidR="00ED55F7" w14:paraId="1969EFAC" w14:textId="77777777" w:rsidTr="002573A8">
        <w:trPr>
          <w:trHeight w:val="1310"/>
        </w:trPr>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6B2F8E58" w14:textId="77777777" w:rsidR="00ED55F7" w:rsidRDefault="00ED55F7" w:rsidP="00ED55F7">
            <w:pPr>
              <w:spacing w:after="240"/>
              <w:rPr>
                <w:rFonts w:ascii="Roboto" w:eastAsia="Roboto" w:hAnsi="Roboto" w:cs="Roboto"/>
              </w:rPr>
            </w:pPr>
            <w:r>
              <w:rPr>
                <w:rFonts w:ascii="Roboto" w:eastAsia="Roboto" w:hAnsi="Roboto" w:cs="Roboto"/>
                <w:b/>
              </w:rPr>
              <w:t>Testing &amp; Evaluation</w:t>
            </w:r>
          </w:p>
        </w:tc>
        <w:tc>
          <w:tcPr>
            <w:tcW w:w="26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A74BE88" w14:textId="3538650D" w:rsidR="00ED55F7" w:rsidRDefault="00ED55F7" w:rsidP="00ED55F7">
            <w:pPr>
              <w:spacing w:after="240"/>
              <w:rPr>
                <w:rFonts w:ascii="Roboto" w:eastAsia="Roboto" w:hAnsi="Roboto" w:cs="Roboto"/>
              </w:rPr>
            </w:pPr>
            <w:r>
              <w:rPr>
                <w:sz w:val="16"/>
              </w:rPr>
              <w:t>Limited testing or no useful results are recorded.</w:t>
            </w:r>
          </w:p>
        </w:tc>
        <w:tc>
          <w:tcPr>
            <w:tcW w:w="23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BBE24ED" w14:textId="4F896DD3" w:rsidR="00ED55F7" w:rsidRDefault="00ED55F7" w:rsidP="00ED55F7">
            <w:pPr>
              <w:spacing w:after="240"/>
              <w:rPr>
                <w:rFonts w:ascii="Roboto" w:eastAsia="Roboto" w:hAnsi="Roboto" w:cs="Roboto"/>
              </w:rPr>
            </w:pPr>
            <w:r>
              <w:rPr>
                <w:sz w:val="16"/>
              </w:rPr>
              <w:t>Several trials are completed and major successes or problems are described.</w:t>
            </w:r>
          </w:p>
        </w:tc>
        <w:tc>
          <w:tcPr>
            <w:tcW w:w="19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89B5072" w14:textId="66472A24" w:rsidR="00ED55F7" w:rsidRDefault="00ED55F7" w:rsidP="00ED55F7">
            <w:pPr>
              <w:spacing w:after="240"/>
              <w:rPr>
                <w:rFonts w:ascii="Roboto" w:eastAsia="Roboto" w:hAnsi="Roboto" w:cs="Roboto"/>
              </w:rPr>
            </w:pPr>
            <w:r>
              <w:rPr>
                <w:sz w:val="16"/>
              </w:rPr>
              <w:t>At least five complete trials are recorded in a structured table; patterns are analyzed and used to support changes or redesign decisions.</w:t>
            </w:r>
          </w:p>
        </w:tc>
      </w:tr>
      <w:tr w:rsidR="00ED55F7" w14:paraId="6808A3A3" w14:textId="77777777" w:rsidTr="002573A8">
        <w:trPr>
          <w:trHeight w:val="1310"/>
        </w:trPr>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101C4D30" w14:textId="77777777" w:rsidR="00ED55F7" w:rsidRDefault="00ED55F7" w:rsidP="00ED55F7">
            <w:pPr>
              <w:spacing w:after="240"/>
              <w:rPr>
                <w:rFonts w:ascii="Roboto" w:eastAsia="Roboto" w:hAnsi="Roboto" w:cs="Roboto"/>
              </w:rPr>
            </w:pPr>
            <w:r>
              <w:rPr>
                <w:rFonts w:ascii="Roboto" w:eastAsia="Roboto" w:hAnsi="Roboto" w:cs="Roboto"/>
                <w:b/>
              </w:rPr>
              <w:t>Build &amp; Engineering</w:t>
            </w:r>
          </w:p>
        </w:tc>
        <w:tc>
          <w:tcPr>
            <w:tcW w:w="26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8C9EAA7" w14:textId="532895E5" w:rsidR="00ED55F7" w:rsidRDefault="00ED55F7" w:rsidP="00ED55F7">
            <w:pPr>
              <w:spacing w:after="240"/>
              <w:rPr>
                <w:rFonts w:ascii="Roboto" w:eastAsia="Roboto" w:hAnsi="Roboto" w:cs="Roboto"/>
              </w:rPr>
            </w:pPr>
            <w:r>
              <w:rPr>
                <w:sz w:val="16"/>
              </w:rPr>
              <w:t>Build is unstable, misaligned, or unable to complete the task.</w:t>
            </w:r>
          </w:p>
        </w:tc>
        <w:tc>
          <w:tcPr>
            <w:tcW w:w="23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53BD5B1" w14:textId="570B64D5" w:rsidR="00ED55F7" w:rsidRDefault="00ED55F7" w:rsidP="00ED55F7">
            <w:pPr>
              <w:spacing w:after="240"/>
              <w:rPr>
                <w:rFonts w:ascii="Roboto" w:eastAsia="Roboto" w:hAnsi="Roboto" w:cs="Roboto"/>
              </w:rPr>
            </w:pPr>
            <w:r>
              <w:rPr>
                <w:sz w:val="16"/>
              </w:rPr>
              <w:t>Build completes part or most of the task but has weaknesses in stability, joints, mounts, or gripping.</w:t>
            </w:r>
          </w:p>
        </w:tc>
        <w:tc>
          <w:tcPr>
            <w:tcW w:w="19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381DD03" w14:textId="6B2815C5" w:rsidR="00ED55F7" w:rsidRDefault="00ED55F7" w:rsidP="00ED55F7">
            <w:pPr>
              <w:spacing w:after="240"/>
              <w:rPr>
                <w:rFonts w:ascii="Roboto" w:eastAsia="Roboto" w:hAnsi="Roboto" w:cs="Roboto"/>
              </w:rPr>
            </w:pPr>
            <w:r>
              <w:rPr>
                <w:sz w:val="16"/>
              </w:rPr>
              <w:t>Build is stable and functional; joints and servo mounts are secure, movement is smooth, and the arm repeatedly completes the required transfer.</w:t>
            </w:r>
          </w:p>
        </w:tc>
      </w:tr>
      <w:tr w:rsidR="00ED55F7" w14:paraId="12475E39" w14:textId="77777777" w:rsidTr="002573A8">
        <w:trPr>
          <w:trHeight w:val="2390"/>
        </w:trPr>
        <w:tc>
          <w:tcPr>
            <w:tcW w:w="1712"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2E7AA578" w14:textId="77777777" w:rsidR="00ED55F7" w:rsidRDefault="00ED55F7" w:rsidP="00ED55F7">
            <w:pPr>
              <w:spacing w:after="240"/>
              <w:rPr>
                <w:rFonts w:ascii="Roboto" w:eastAsia="Roboto" w:hAnsi="Roboto" w:cs="Roboto"/>
              </w:rPr>
            </w:pPr>
            <w:r>
              <w:rPr>
                <w:rFonts w:ascii="Roboto" w:eastAsia="Roboto" w:hAnsi="Roboto" w:cs="Roboto"/>
                <w:b/>
              </w:rPr>
              <w:lastRenderedPageBreak/>
              <w:t>Reflection on Learning</w:t>
            </w:r>
          </w:p>
        </w:tc>
        <w:tc>
          <w:tcPr>
            <w:tcW w:w="262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22AACBC" w14:textId="7BD810F6" w:rsidR="00ED55F7" w:rsidRDefault="00ED55F7" w:rsidP="00ED55F7">
            <w:pPr>
              <w:spacing w:after="240"/>
              <w:rPr>
                <w:rFonts w:ascii="Roboto" w:eastAsia="Roboto" w:hAnsi="Roboto" w:cs="Roboto"/>
              </w:rPr>
            </w:pPr>
            <w:r>
              <w:rPr>
                <w:sz w:val="16"/>
              </w:rPr>
              <w:t>Reflection is general, incomplete, or provides few examples.</w:t>
            </w:r>
          </w:p>
        </w:tc>
        <w:tc>
          <w:tcPr>
            <w:tcW w:w="235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A316E5B" w14:textId="2B0FAAE0" w:rsidR="00ED55F7" w:rsidRDefault="00ED55F7" w:rsidP="00ED55F7">
            <w:pPr>
              <w:spacing w:after="240"/>
              <w:rPr>
                <w:rFonts w:ascii="Roboto" w:eastAsia="Roboto" w:hAnsi="Roboto" w:cs="Roboto"/>
              </w:rPr>
            </w:pPr>
            <w:r>
              <w:rPr>
                <w:sz w:val="16"/>
              </w:rPr>
              <w:t>Individual reflection explains specific learning and contribution.</w:t>
            </w:r>
          </w:p>
        </w:tc>
        <w:tc>
          <w:tcPr>
            <w:tcW w:w="195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5636C87" w14:textId="131B1072" w:rsidR="00ED55F7" w:rsidRDefault="00ED55F7" w:rsidP="00ED55F7">
            <w:pPr>
              <w:spacing w:after="240"/>
              <w:rPr>
                <w:rFonts w:ascii="Roboto" w:eastAsia="Roboto" w:hAnsi="Roboto" w:cs="Roboto"/>
              </w:rPr>
            </w:pPr>
            <w:r>
              <w:rPr>
                <w:sz w:val="16"/>
              </w:rPr>
              <w:t>Individual reflection uses project evidence to explain learning, challenge, contribution, iteration, testing, and a next improvement.</w:t>
            </w:r>
          </w:p>
        </w:tc>
      </w:tr>
    </w:tbl>
    <w:p w14:paraId="56F668C1" w14:textId="77777777" w:rsidR="009C04A2" w:rsidRDefault="009C04A2">
      <w:pPr>
        <w:spacing w:after="240"/>
        <w:ind w:left="720"/>
      </w:pPr>
    </w:p>
    <w:p w14:paraId="461D88DB" w14:textId="77777777" w:rsidR="009C04A2" w:rsidRDefault="009C04A2">
      <w:pPr>
        <w:rPr>
          <w:rFonts w:ascii="Roboto" w:eastAsia="Roboto" w:hAnsi="Roboto" w:cs="Roboto"/>
        </w:rPr>
      </w:pPr>
    </w:p>
    <w:sectPr w:rsidR="009C04A2">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70E05D72-0EDF-4101-B894-38CB00435558}"/>
  </w:font>
  <w:font w:name="Play">
    <w:altName w:val="Calibri"/>
    <w:charset w:val="00"/>
    <w:family w:val="auto"/>
    <w:pitch w:val="default"/>
    <w:embedRegular r:id="rId2" w:fontKey="{BDEACDCE-BEDF-4110-869C-40F97C7EDF99}"/>
    <w:embedBold r:id="rId3" w:fontKey="{D8FF226E-A85B-46CE-B5B2-452D9D0AE174}"/>
    <w:embedItalic r:id="rId4" w:fontKey="{921C7051-41AB-4D55-BF04-A4DE3DB732DF}"/>
    <w:embedBoldItalic r:id="rId5" w:fontKey="{8CDBEEFA-8F91-4F8E-A22D-5F83F35CC5CD}"/>
  </w:font>
  <w:font w:name="Roboto">
    <w:charset w:val="00"/>
    <w:family w:val="auto"/>
    <w:pitch w:val="variable"/>
    <w:sig w:usb0="E0000AFF" w:usb1="5000217F" w:usb2="00000021" w:usb3="00000000" w:csb0="0000019F" w:csb1="00000000"/>
    <w:embedRegular r:id="rId6" w:fontKey="{10AF820D-E5B0-44F8-9CAC-072EBFD71AE2}"/>
    <w:embedBold r:id="rId7" w:fontKey="{876C7B40-6284-431C-AB41-ACBFC129595B}"/>
    <w:embedItalic r:id="rId8" w:fontKey="{7748AB2C-5085-429A-B282-38BC460D8375}"/>
  </w:font>
  <w:font w:name="Calibri">
    <w:panose1 w:val="020F0502020204030204"/>
    <w:charset w:val="00"/>
    <w:family w:val="swiss"/>
    <w:pitch w:val="variable"/>
    <w:sig w:usb0="E4002EFF" w:usb1="C200247B" w:usb2="00000009" w:usb3="00000000" w:csb0="000001FF" w:csb1="00000000"/>
    <w:embedRegular r:id="rId9" w:fontKey="{7D1C88B4-197A-40B1-926A-EC4D173551DD}"/>
    <w:embedBold r:id="rId10" w:fontKey="{6144505E-A4D4-432A-A4FD-87A29333699C}"/>
    <w:embedItalic r:id="rId11" w:fontKey="{96E0B767-229D-4E86-8E7E-BF9A7A6ABED1}"/>
    <w:embedBoldItalic r:id="rId12" w:fontKey="{C3018D42-E79B-495D-97DF-13607A6F2551}"/>
  </w:font>
  <w:font w:name="Aptos Display">
    <w:charset w:val="00"/>
    <w:family w:val="swiss"/>
    <w:pitch w:val="variable"/>
    <w:sig w:usb0="20000287" w:usb1="00000003" w:usb2="00000000" w:usb3="00000000" w:csb0="0000019F" w:csb1="00000000"/>
    <w:embedBold r:id="rId13" w:fontKey="{EDB89E7B-675C-45B4-A74B-4693BB33ABAC}"/>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embedRegular r:id="rId14" w:fontKey="{7D3C6929-5C5E-4DD5-845D-4F97581074CF}"/>
  </w:font>
  <w:font w:name="Cambria">
    <w:panose1 w:val="02040503050406030204"/>
    <w:charset w:val="00"/>
    <w:family w:val="roman"/>
    <w:pitch w:val="variable"/>
    <w:sig w:usb0="E00006FF" w:usb1="420024FF" w:usb2="02000000" w:usb3="00000000" w:csb0="0000019F" w:csb1="00000000"/>
    <w:embedRegular r:id="rId15" w:fontKey="{16852F60-2222-4B46-980B-BB241BFCD2E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55847"/>
    <w:multiLevelType w:val="multilevel"/>
    <w:tmpl w:val="BDB674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9BE008F"/>
    <w:multiLevelType w:val="multilevel"/>
    <w:tmpl w:val="522E493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C997E22"/>
    <w:multiLevelType w:val="multilevel"/>
    <w:tmpl w:val="3F24D26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74D0D88"/>
    <w:multiLevelType w:val="multilevel"/>
    <w:tmpl w:val="A9EAEBB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9213198"/>
    <w:multiLevelType w:val="multilevel"/>
    <w:tmpl w:val="93CCA262"/>
    <w:lvl w:ilvl="0">
      <w:start w:val="1"/>
      <w:numFmt w:val="decimal"/>
      <w:pStyle w:val="ListNumber2"/>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BF07216"/>
    <w:multiLevelType w:val="multilevel"/>
    <w:tmpl w:val="3078BA04"/>
    <w:lvl w:ilvl="0">
      <w:start w:val="1"/>
      <w:numFmt w:val="decimal"/>
      <w:pStyle w:val="ListBullet2"/>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4E1C43A0"/>
    <w:multiLevelType w:val="multilevel"/>
    <w:tmpl w:val="06B8056A"/>
    <w:lvl w:ilvl="0">
      <w:start w:val="1"/>
      <w:numFmt w:val="bullet"/>
      <w:lvlText w:val="●"/>
      <w:lvlJc w:val="left"/>
      <w:pPr>
        <w:ind w:left="1080" w:hanging="360"/>
      </w:pPr>
      <w:rPr>
        <w:rFonts w:ascii="Noto Sans Symbols" w:eastAsia="Noto Sans Symbols" w:hAnsi="Noto Sans Symbols" w:cs="Noto Sans Symbols"/>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7" w15:restartNumberingAfterBreak="0">
    <w:nsid w:val="635C173B"/>
    <w:multiLevelType w:val="multilevel"/>
    <w:tmpl w:val="AC164714"/>
    <w:lvl w:ilvl="0">
      <w:start w:val="1"/>
      <w:numFmt w:val="bullet"/>
      <w:pStyle w:val="ListNumber3"/>
      <w:lvlText w:val="●"/>
      <w:lvlJc w:val="left"/>
      <w:pPr>
        <w:ind w:left="450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6772437A"/>
    <w:multiLevelType w:val="multilevel"/>
    <w:tmpl w:val="C3DA3BB8"/>
    <w:lvl w:ilvl="0">
      <w:start w:val="1"/>
      <w:numFmt w:val="decimal"/>
      <w:pStyle w:val="ListBullet3"/>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6DD25CA6"/>
    <w:multiLevelType w:val="multilevel"/>
    <w:tmpl w:val="0FB4BDD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72255851"/>
    <w:multiLevelType w:val="multilevel"/>
    <w:tmpl w:val="A57CF7D6"/>
    <w:lvl w:ilvl="0">
      <w:start w:val="1"/>
      <w:numFmt w:val="decimal"/>
      <w:pStyle w:val="ListNumber"/>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76307351"/>
    <w:multiLevelType w:val="multilevel"/>
    <w:tmpl w:val="02027E58"/>
    <w:lvl w:ilvl="0">
      <w:start w:val="1"/>
      <w:numFmt w:val="bullet"/>
      <w:pStyle w:val="List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8826482">
    <w:abstractNumId w:val="11"/>
  </w:num>
  <w:num w:numId="2" w16cid:durableId="1494182610">
    <w:abstractNumId w:val="5"/>
  </w:num>
  <w:num w:numId="3" w16cid:durableId="343438796">
    <w:abstractNumId w:val="8"/>
  </w:num>
  <w:num w:numId="4" w16cid:durableId="38670706">
    <w:abstractNumId w:val="1"/>
  </w:num>
  <w:num w:numId="5" w16cid:durableId="241380734">
    <w:abstractNumId w:val="10"/>
  </w:num>
  <w:num w:numId="6" w16cid:durableId="185295404">
    <w:abstractNumId w:val="4"/>
  </w:num>
  <w:num w:numId="7" w16cid:durableId="2138135858">
    <w:abstractNumId w:val="7"/>
  </w:num>
  <w:num w:numId="8" w16cid:durableId="1594898698">
    <w:abstractNumId w:val="0"/>
  </w:num>
  <w:num w:numId="9" w16cid:durableId="188179909">
    <w:abstractNumId w:val="2"/>
  </w:num>
  <w:num w:numId="10" w16cid:durableId="1568881598">
    <w:abstractNumId w:val="9"/>
  </w:num>
  <w:num w:numId="11" w16cid:durableId="785470905">
    <w:abstractNumId w:val="6"/>
  </w:num>
  <w:num w:numId="12" w16cid:durableId="2113012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4A2"/>
    <w:rsid w:val="001602B8"/>
    <w:rsid w:val="002573A8"/>
    <w:rsid w:val="0028511B"/>
    <w:rsid w:val="002E374F"/>
    <w:rsid w:val="003E060F"/>
    <w:rsid w:val="008616C7"/>
    <w:rsid w:val="009C04A2"/>
    <w:rsid w:val="00E40DE4"/>
    <w:rsid w:val="00EB30A5"/>
    <w:rsid w:val="00ED55F7"/>
    <w:rsid w:val="00F84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3F399"/>
  <w15:docId w15:val="{F52AA962-BC61-42B9-8AD3-7D53FE1B5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lay" w:eastAsia="Play" w:hAnsi="Play" w:cs="Play"/>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jc w:val="center"/>
      <w:outlineLvl w:val="0"/>
    </w:pPr>
    <w:rPr>
      <w:rFonts w:ascii="Roboto" w:eastAsia="Roboto" w:hAnsi="Roboto" w:cs="Roboto"/>
      <w:b/>
      <w:sz w:val="56"/>
      <w:szCs w:val="56"/>
    </w:rPr>
  </w:style>
  <w:style w:type="paragraph" w:styleId="Heading2">
    <w:name w:val="heading 2"/>
    <w:basedOn w:val="Normal"/>
    <w:next w:val="Normal"/>
    <w:link w:val="Heading2Char"/>
    <w:uiPriority w:val="9"/>
    <w:unhideWhenUsed/>
    <w:qFormat/>
    <w:pPr>
      <w:keepNext/>
      <w:keepLines/>
      <w:spacing w:before="200" w:after="0"/>
      <w:outlineLvl w:val="1"/>
    </w:pPr>
    <w:rPr>
      <w:rFonts w:ascii="Roboto" w:eastAsia="Roboto" w:hAnsi="Roboto" w:cs="Roboto"/>
      <w:b/>
      <w:color w:val="3C78D8"/>
      <w:sz w:val="30"/>
      <w:szCs w:val="30"/>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libri" w:eastAsia="Calibri" w:hAnsi="Calibri" w:cs="Calibri"/>
      <w:b/>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Calibri" w:hAnsi="Calibri" w:cs="Calibri"/>
      <w:b/>
      <w:i/>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table" w:customStyle="1" w:styleId="TableNormal1">
    <w:name w:val="TableNormal"/>
    <w:tblPr>
      <w:tblCellMar>
        <w:top w:w="0" w:type="dxa"/>
        <w:left w:w="0" w:type="dxa"/>
        <w:bottom w:w="0" w:type="dxa"/>
        <w:right w:w="0" w:type="dxa"/>
      </w:tblCellMar>
    </w:tbl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9E15D8"/>
    <w:rPr>
      <w:rFonts w:ascii="Aptos Display" w:eastAsiaTheme="majorEastAsia" w:hAnsi="Aptos Display" w:cstheme="majorBidi"/>
      <w:b/>
      <w:bCs/>
      <w:sz w:val="56"/>
      <w:szCs w:val="56"/>
    </w:rPr>
  </w:style>
  <w:style w:type="character" w:customStyle="1" w:styleId="Heading2Char">
    <w:name w:val="Heading 2 Char"/>
    <w:basedOn w:val="DefaultParagraphFont"/>
    <w:link w:val="Heading2"/>
    <w:uiPriority w:val="9"/>
    <w:rsid w:val="009E15D8"/>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F644D"/>
    <w:rPr>
      <w:color w:val="0000FF" w:themeColor="hyperlink"/>
      <w:u w:val="single"/>
    </w:rPr>
  </w:style>
  <w:style w:type="paragraph" w:styleId="NormalWeb">
    <w:name w:val="Normal (Web)"/>
    <w:basedOn w:val="Normal"/>
    <w:uiPriority w:val="99"/>
    <w:semiHidden/>
    <w:unhideWhenUsed/>
    <w:rsid w:val="00A63F74"/>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F11D49"/>
    <w:rPr>
      <w:color w:val="605E5C"/>
      <w:shd w:val="clear" w:color="auto" w:fill="E1DFDD"/>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link w:val="SubtitleChar"/>
    <w:uiPriority w:val="11"/>
    <w:qFormat/>
    <w:rPr>
      <w:rFonts w:ascii="Calibri" w:eastAsia="Calibri" w:hAnsi="Calibri" w:cs="Calibri"/>
      <w:i/>
      <w:color w:val="4F81BD"/>
      <w:sz w:val="24"/>
      <w:szCs w:val="24"/>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2E37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hyperlink" Target="https://learn.birdbraintechnologies.com/hummingbirdbit/snap/program/9-1" TargetMode="External"/><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hyperlink" Target="https://youtu.be/P2r9U4wkjcc?si=nDd2lciBle6bRr9N" TargetMode="External"/><Relationship Id="rId14" Type="http://schemas.openxmlformats.org/officeDocument/2006/relationships/image" Target="media/image7.pn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UP6Ypnakr9Gj2SUbxFWi8OHQWg==">CgMxLjAaHwoBMBIaChgICVIUChJ0YWJsZS5qN2J1ZGFyY2YwZ2kyDmgubWhpbHMyNzNibmFwMg1oLmR1Z2ViemY2bmw5Mg5oLjk4eW81NHo4cmphZzIOaC56MW9iN3g3aGN2bWsyDmgucGowczh4eWZ5anB4Mg5oLjQyZ3F2Mmd2Y3RlODIOaC42NWFuNTZmbzVuYjIyDmgudTFlc29iYjd1b2xqMg5oLnFybXV3eGU0b3lucTgAciExVmRaOGt1NGoyTXE3ejJyS011YjA4Q2FtN05JRWpTaE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2542</Words>
  <Characters>14491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Dan Thomas</cp:lastModifiedBy>
  <cp:revision>2</cp:revision>
  <dcterms:created xsi:type="dcterms:W3CDTF">2026-08-16T12:46:00Z</dcterms:created>
  <dcterms:modified xsi:type="dcterms:W3CDTF">2026-08-16T12:46:00Z</dcterms:modified>
</cp:coreProperties>
</file>